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Aanmaning sjabloon: zes brieven</w:t>
      </w:r>
    </w:p>
    <w:p>
      <w:pPr>
        <w:pStyle w:val="Heading1"/>
      </w:pPr>
      <w:r>
        <w:rPr>
          <w:color w:val="263B4B"/>
        </w:rPr>
        <w:t>Onderneming</w:t>
      </w:r>
    </w:p>
    <w:p>
      <w:pPr>
        <w:pStyle w:val="Heading2"/>
      </w:pPr>
      <w:r>
        <w:rPr>
          <w:color w:val="263B4B"/>
        </w:rPr>
        <w:t>Herinnering, zeven dagen na de vervaldag</w:t>
      </w:r>
    </w:p>
    <w:p>
      <w:r>
        <w:rPr>
          <w:b w:val="0"/>
          <w:i w:val="0"/>
        </w:rPr>
        <w:t>Onderwerp: herinnering factuur F-2026-0418</w:t>
      </w:r>
    </w:p>
    <w:p>
      <w:r>
        <w:rPr>
          <w:b w:val="0"/>
          <w:i w:val="0"/>
        </w:rPr>
        <w:t>Beste,</w:t>
      </w:r>
    </w:p>
    <w:p>
      <w:r>
        <w:rPr>
          <w:b w:val="0"/>
          <w:i w:val="0"/>
        </w:rPr>
        <w:t>Op 15 september 2026 verviel onze factuur F-2026-0418 van 2.450,00 euro. We vonden nog geen betaling terug. Misschien kruisten onze berichten elkaar; dan mag je deze mail negeren.</w:t>
      </w:r>
    </w:p>
    <w:p>
      <w:r>
        <w:rPr>
          <w:b w:val="0"/>
          <w:i w:val="0"/>
        </w:rPr>
        <w:t>Wil je het bedrag overschrijven naar BE00 0000 0000 0000 met de gestructureerde mededeling van de factuur? Is er iets mis met de factuur, laat het ons weten, dan lossen we het op.</w:t>
      </w:r>
    </w:p>
    <w:p>
      <w:r>
        <w:rPr>
          <w:b w:val="0"/>
          <w:i w:val="0"/>
        </w:rPr>
        <w:t>Met vriendelijke groet,</w:t>
      </w:r>
    </w:p>
    <w:p>
      <w:pPr>
        <w:pStyle w:val="Heading2"/>
      </w:pPr>
      <w:r>
        <w:rPr>
          <w:color w:val="263B4B"/>
        </w:rPr>
        <w:t>Aanmaning met interest en forfait</w:t>
      </w:r>
    </w:p>
    <w:p>
      <w:r>
        <w:rPr>
          <w:b w:val="0"/>
          <w:i w:val="0"/>
        </w:rPr>
        <w:t>Onderwerp: aanmaning factuur F-2026-0418</w:t>
      </w:r>
    </w:p>
    <w:p>
      <w:r>
        <w:rPr>
          <w:b w:val="0"/>
          <w:i w:val="0"/>
        </w:rPr>
        <w:t>Beste,</w:t>
      </w:r>
    </w:p>
    <w:p>
      <w:r>
        <w:rPr>
          <w:b w:val="0"/>
          <w:i w:val="0"/>
        </w:rPr>
        <w:t>Onze factuur F-2026-0418 van 2.450,00 euro is sinds 15 september 2026 vervallen en ondanks onze herinnering niet betaald. Volgens de wet van 2 augustus 2002 loopt van rechtswege een interest van 10,5 procent per jaar vanaf de dag na de vervaldag, en is een forfaitaire vergoeding van 40 euro verschuldigd.</w:t>
      </w:r>
    </w:p>
    <w:p>
      <w:r>
        <w:rPr>
          <w:b w:val="0"/>
          <w:i w:val="0"/>
        </w:rPr>
        <w:t>Op 22 oktober 2026 bedraagt de interest 26,08 euro. Samen met het forfait is 2.516,08 euro verschuldigd. We vragen je dit binnen acht dagen te betalen.</w:t>
      </w:r>
    </w:p>
    <w:p>
      <w:r>
        <w:rPr>
          <w:b w:val="0"/>
          <w:i w:val="0"/>
        </w:rPr>
        <w:t>Met vriendelijke groet,</w:t>
      </w:r>
    </w:p>
    <w:p>
      <w:pPr>
        <w:pStyle w:val="Heading2"/>
      </w:pPr>
      <w:r>
        <w:rPr>
          <w:color w:val="263B4B"/>
        </w:rPr>
        <w:t>Ingebrekestelling, aangetekend</w:t>
      </w:r>
    </w:p>
    <w:p>
      <w:r>
        <w:rPr>
          <w:b w:val="0"/>
          <w:i w:val="0"/>
        </w:rPr>
        <w:t>Aangetekend</w:t>
      </w:r>
    </w:p>
    <w:p>
      <w:r>
        <w:rPr>
          <w:b w:val="0"/>
          <w:i w:val="0"/>
        </w:rPr>
        <w:t>Onderwerp: ingebrekestelling factuur F-2026-0418</w:t>
      </w:r>
    </w:p>
    <w:p>
      <w:r>
        <w:rPr>
          <w:b w:val="0"/>
          <w:i w:val="0"/>
        </w:rPr>
        <w:t>Geachte,</w:t>
      </w:r>
    </w:p>
    <w:p>
      <w:r>
        <w:rPr>
          <w:b w:val="0"/>
          <w:i w:val="0"/>
        </w:rPr>
        <w:t>Ondanks onze herinnering en aanmaning bleef onze factuur F-2026-0418 van 2.450,00 euro, vervallen op 15 september 2026, onbetaald. We stellen je hierbij formeel in gebreke om binnen vijftien dagen na ontvangst 2.516,08 euro te betalen: de hoofdsom, de interest van 26,08 euro tot 22 oktober 2026 en het forfait van 40 euro. De interest loopt verder tot de volledige betaling.</w:t>
      </w:r>
    </w:p>
    <w:p>
      <w:r>
        <w:rPr>
          <w:b w:val="0"/>
          <w:i w:val="0"/>
        </w:rPr>
        <w:t>Blijft betaling uit, dan geven we het dossier zonder verder bericht door voor invordering, met de kosten die daarbij komen.</w:t>
      </w:r>
    </w:p>
    <w:p>
      <w:r>
        <w:rPr>
          <w:b w:val="0"/>
          <w:i w:val="0"/>
        </w:rPr>
        <w:t>Met vriendelijke groet,</w:t>
      </w:r>
    </w:p>
    <w:p>
      <w:pPr>
        <w:pStyle w:val="Heading1"/>
      </w:pPr>
      <w:r>
        <w:rPr>
          <w:color w:val="263B4B"/>
        </w:rPr>
        <w:t>Particulier</w:t>
      </w:r>
    </w:p>
    <w:p>
      <w:pPr>
        <w:pStyle w:val="Heading2"/>
      </w:pPr>
      <w:r>
        <w:rPr>
          <w:color w:val="263B4B"/>
        </w:rPr>
        <w:t>Gratis herinnering</w:t>
      </w:r>
    </w:p>
    <w:p>
      <w:r>
        <w:rPr>
          <w:b w:val="0"/>
          <w:i w:val="0"/>
        </w:rPr>
        <w:t>Onderwerp: herinnering factuur F-2026-0391</w:t>
      </w:r>
    </w:p>
    <w:p>
      <w:r>
        <w:rPr>
          <w:b w:val="0"/>
          <w:i w:val="0"/>
        </w:rPr>
        <w:t>Beste,</w:t>
      </w:r>
    </w:p>
    <w:p>
      <w:r>
        <w:rPr>
          <w:b w:val="0"/>
          <w:i w:val="0"/>
        </w:rPr>
        <w:t>Op 1 oktober 2026 verviel onze factuur F-2026-0391 van 380,00 euro voor een website-onderhoud. We vonden nog geen betaling terug. Je kan het bedrag zonder extra kosten betalen tot en met 19 oktober 2026, op rekening BE00 0000 0000 0000 met de mededeling van de factuur.</w:t>
      </w:r>
    </w:p>
    <w:p>
      <w:r>
        <w:rPr>
          <w:b w:val="0"/>
          <w:i w:val="0"/>
        </w:rPr>
        <w:t>Betaal je niet binnen die termijn, dan kunnen we volgens onze algemene voorwaarden een schadevergoeding van hooguit 53,00 euro en interest aanrekenen.</w:t>
      </w:r>
    </w:p>
    <w:p>
      <w:r>
        <w:rPr>
          <w:b w:val="0"/>
          <w:i w:val="0"/>
        </w:rPr>
        <w:t>Gegevens van onze onderneming: Voorbeeld bv, Voorbeeldstraat 1, 9000 Gent, ondernemingsnummer BE 0123.456.789.</w:t>
      </w:r>
    </w:p>
    <w:p>
      <w:r>
        <w:rPr>
          <w:b w:val="0"/>
          <w:i w:val="0"/>
        </w:rPr>
        <w:t>Met vriendelijke groet,</w:t>
      </w:r>
    </w:p>
    <w:p>
      <w:pPr>
        <w:pStyle w:val="Heading2"/>
      </w:pPr>
      <w:r>
        <w:rPr>
          <w:color w:val="263B4B"/>
        </w:rPr>
        <w:t>Tweede brief met schadebeding en interest</w:t>
      </w:r>
    </w:p>
    <w:p>
      <w:r>
        <w:rPr>
          <w:b w:val="0"/>
          <w:i w:val="0"/>
        </w:rPr>
        <w:t>Onderwerp: tweede herinnering factuur F-2026-0391</w:t>
      </w:r>
    </w:p>
    <w:p>
      <w:r>
        <w:rPr>
          <w:b w:val="0"/>
          <w:i w:val="0"/>
        </w:rPr>
        <w:t>Beste,</w:t>
      </w:r>
    </w:p>
    <w:p>
      <w:r>
        <w:rPr>
          <w:b w:val="0"/>
          <w:i w:val="0"/>
        </w:rPr>
        <w:t>Op onze herinnering kwam geen betaling. Zoals in onze algemene voorwaarden staat, rekenen we nu een schadebeding van 53,00 euro en interest van 1,64 euro aan. In totaal is 434,64 euro verschuldigd. We vragen je dit binnen veertien dagen te betalen.</w:t>
      </w:r>
    </w:p>
    <w:p>
      <w:r>
        <w:rPr>
          <w:b w:val="0"/>
          <w:i w:val="0"/>
        </w:rPr>
        <w:t>Met vriendelijke groet,</w:t>
      </w:r>
    </w:p>
    <w:p>
      <w:pPr>
        <w:pStyle w:val="Heading2"/>
      </w:pPr>
      <w:r>
        <w:rPr>
          <w:color w:val="263B4B"/>
        </w:rPr>
        <w:t>Ingebrekestelling, aangetekend</w:t>
      </w:r>
    </w:p>
    <w:p>
      <w:r>
        <w:rPr>
          <w:b w:val="0"/>
          <w:i w:val="0"/>
        </w:rPr>
        <w:t>Aangetekend</w:t>
      </w:r>
    </w:p>
    <w:p>
      <w:r>
        <w:rPr>
          <w:b w:val="0"/>
          <w:i w:val="0"/>
        </w:rPr>
        <w:t>Onderwerp: ingebrekestelling factuur F-2026-0391</w:t>
      </w:r>
    </w:p>
    <w:p>
      <w:r>
        <w:rPr>
          <w:b w:val="0"/>
          <w:i w:val="0"/>
        </w:rPr>
        <w:t>Geachte,</w:t>
      </w:r>
    </w:p>
    <w:p>
      <w:r>
        <w:rPr>
          <w:b w:val="0"/>
          <w:i w:val="0"/>
        </w:rPr>
        <w:t>Ondanks twee herinneringen bleef onze factuur F-2026-0391 onbetaald. We stellen je hierbij in gebreke om binnen vijftien dagen 434,64 euro te betalen. Blijft betaling uit, dan starten we een procedure, met kosten die we volgens de wet kunnen terugvorderen.</w:t>
      </w:r>
    </w:p>
    <w:p>
      <w:r>
        <w:rPr>
          <w:b w:val="0"/>
          <w:i w:val="0"/>
        </w:rPr>
        <w:t>Met vriendelijke groet,</w:t>
      </w:r>
    </w:p>
    <w:p>
      <w:r>
        <w:rPr>
          <w:b w:val="0"/>
          <w:i/>
          <w:color w:val="4C5D6A"/>
          <w:sz w:val="17"/>
        </w:rPr>
        <w:t>Sjabloon van VBS Marketing, Gent. vbsmarketing.eu/nl/sjablonen</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nl-BE</dc:language>
</cp:coreProperties>
</file>