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Payment reminder template: six letters</w:t>
      </w:r>
    </w:p>
    <w:p>
      <w:pPr>
        <w:pStyle w:val="Heading1"/>
      </w:pPr>
      <w:r>
        <w:rPr>
          <w:color w:val="263B4B"/>
        </w:rPr>
        <w:t>Business</w:t>
      </w:r>
    </w:p>
    <w:p>
      <w:pPr>
        <w:pStyle w:val="Heading2"/>
      </w:pPr>
      <w:r>
        <w:rPr>
          <w:color w:val="263B4B"/>
        </w:rPr>
        <w:t>Friendly reminder, seven days after the due date</w:t>
      </w:r>
    </w:p>
    <w:p>
      <w:r>
        <w:rPr>
          <w:b w:val="0"/>
          <w:i w:val="0"/>
        </w:rPr>
        <w:t>Subject: reminder, invoice INV-2026-0418</w:t>
      </w:r>
    </w:p>
    <w:p>
      <w:r>
        <w:rPr>
          <w:b w:val="0"/>
          <w:i w:val="0"/>
        </w:rPr>
        <w:t>Dear,</w:t>
      </w:r>
    </w:p>
    <w:p>
      <w:r>
        <w:rPr>
          <w:b w:val="0"/>
          <w:i w:val="0"/>
        </w:rPr>
        <w:t>Our invoice INV-2026-0418 of EUR 2,450.00 was due on 15 September 2026, and we have not yet received payment. If our messages crossed, please ignore this email.</w:t>
      </w:r>
    </w:p>
    <w:p>
      <w:r>
        <w:rPr>
          <w:b w:val="0"/>
          <w:i w:val="0"/>
        </w:rPr>
        <w:t>Could you transfer the amount to IE00 BANK 0000 0000 0000 00, quoting the invoice number? If anything is wrong with the invoice, let us know and we will sort it out.</w:t>
      </w:r>
    </w:p>
    <w:p>
      <w:r>
        <w:rPr>
          <w:b w:val="0"/>
          <w:i w:val="0"/>
        </w:rPr>
        <w:t>Kind regards,</w:t>
      </w:r>
    </w:p>
    <w:p>
      <w:pPr>
        <w:pStyle w:val="Heading2"/>
      </w:pPr>
      <w:r>
        <w:rPr>
          <w:color w:val="263B4B"/>
        </w:rPr>
        <w:t>Second reminder with interest and fixed fee</w:t>
      </w:r>
    </w:p>
    <w:p>
      <w:r>
        <w:rPr>
          <w:b w:val="0"/>
          <w:i w:val="0"/>
        </w:rPr>
        <w:t>Subject: overdue invoice INV-2026-0418</w:t>
      </w:r>
    </w:p>
    <w:p>
      <w:r>
        <w:rPr>
          <w:b w:val="0"/>
          <w:i w:val="0"/>
        </w:rPr>
        <w:t>Dear,</w:t>
      </w:r>
    </w:p>
    <w:p>
      <w:r>
        <w:rPr>
          <w:b w:val="0"/>
          <w:i w:val="0"/>
        </w:rPr>
        <w:t>Our invoice INV-2026-0418 of EUR 2,450.00 has been overdue since 15 September 2026. Under the Belgian Act of 2 August 2002, interest of 10.5% a year runs by operation of law from the day after the due date, and a fixed recovery fee of EUR 40 is due.</w:t>
      </w:r>
    </w:p>
    <w:p>
      <w:r>
        <w:rPr>
          <w:b w:val="0"/>
          <w:i w:val="0"/>
        </w:rPr>
        <w:t>On 22 October 2026 the interest amounts to EUR 26.08. Together with the fee, EUR 2,516.08 is due. Please pay within eight days.</w:t>
      </w:r>
    </w:p>
    <w:p>
      <w:r>
        <w:rPr>
          <w:b w:val="0"/>
          <w:i w:val="0"/>
        </w:rPr>
        <w:t>Kind regards,</w:t>
      </w:r>
    </w:p>
    <w:p>
      <w:pPr>
        <w:pStyle w:val="Heading2"/>
      </w:pPr>
      <w:r>
        <w:rPr>
          <w:color w:val="263B4B"/>
        </w:rPr>
        <w:t>Formal notice, by registered mail</w:t>
      </w:r>
    </w:p>
    <w:p>
      <w:r>
        <w:rPr>
          <w:b w:val="0"/>
          <w:i w:val="0"/>
        </w:rPr>
        <w:t>Registered mail</w:t>
      </w:r>
    </w:p>
    <w:p>
      <w:r>
        <w:rPr>
          <w:b w:val="0"/>
          <w:i w:val="0"/>
        </w:rPr>
        <w:t>Subject: formal notice, invoice INV-2026-0418</w:t>
      </w:r>
    </w:p>
    <w:p>
      <w:r>
        <w:rPr>
          <w:b w:val="0"/>
          <w:i w:val="0"/>
        </w:rPr>
        <w:t>Dear,</w:t>
      </w:r>
    </w:p>
    <w:p>
      <w:r>
        <w:rPr>
          <w:b w:val="0"/>
          <w:i w:val="0"/>
        </w:rPr>
        <w:t>Despite our reminders, invoice INV-2026-0418 of EUR 2,450.00, due on 15 September 2026, remains unpaid. We hereby give you formal notice to pay EUR 2,516.08 within fifteen days of receipt: the principal, interest of EUR 26.08 up to 22 October 2026 and the fixed fee of EUR 40. Interest continues to run until full payment.</w:t>
      </w:r>
    </w:p>
    <w:p>
      <w:r>
        <w:rPr>
          <w:b w:val="0"/>
          <w:i w:val="0"/>
        </w:rPr>
        <w:t>If payment is not received, we will pass the file on for collection without further notice.</w:t>
      </w:r>
    </w:p>
    <w:p>
      <w:r>
        <w:rPr>
          <w:b w:val="0"/>
          <w:i w:val="0"/>
        </w:rPr>
        <w:t>Kind regards,</w:t>
      </w:r>
    </w:p>
    <w:p>
      <w:pPr>
        <w:pStyle w:val="Heading1"/>
      </w:pPr>
      <w:r>
        <w:rPr>
          <w:color w:val="263B4B"/>
        </w:rPr>
        <w:t>Consumer</w:t>
      </w:r>
    </w:p>
    <w:p>
      <w:pPr>
        <w:pStyle w:val="Heading2"/>
      </w:pPr>
      <w:r>
        <w:rPr>
          <w:color w:val="263B4B"/>
        </w:rPr>
        <w:t>Free reminder</w:t>
      </w:r>
    </w:p>
    <w:p>
      <w:r>
        <w:rPr>
          <w:b w:val="0"/>
          <w:i w:val="0"/>
        </w:rPr>
        <w:t>Subject: reminder, invoice INV-2026-0391</w:t>
      </w:r>
    </w:p>
    <w:p>
      <w:r>
        <w:rPr>
          <w:b w:val="0"/>
          <w:i w:val="0"/>
        </w:rPr>
        <w:t>Dear,</w:t>
      </w:r>
    </w:p>
    <w:p>
      <w:r>
        <w:rPr>
          <w:b w:val="0"/>
          <w:i w:val="0"/>
        </w:rPr>
        <w:t>Our invoice INV-2026-0391 of EUR 380.00 for website maintenance was due on 1 October 2026. We have not yet received payment. You can pay without any extra cost until 19 October 2026, to account IE00 BANK 0000 0000 0000 00, quoting the invoice number.</w:t>
      </w:r>
    </w:p>
    <w:p>
      <w:r>
        <w:rPr>
          <w:b w:val="0"/>
          <w:i w:val="0"/>
        </w:rPr>
        <w:t>If you do not pay within that term, our terms allow us to charge damages of at most EUR 53.00 and interest.</w:t>
      </w:r>
    </w:p>
    <w:p>
      <w:r>
        <w:rPr>
          <w:b w:val="0"/>
          <w:i w:val="0"/>
        </w:rPr>
        <w:t>Our company details: Example Ltd, 1 Example Road, Dublin, Ireland, VAT IE0000000X.</w:t>
      </w:r>
    </w:p>
    <w:p>
      <w:r>
        <w:rPr>
          <w:b w:val="0"/>
          <w:i w:val="0"/>
        </w:rPr>
        <w:t>Kind regards,</w:t>
      </w:r>
    </w:p>
    <w:p>
      <w:pPr>
        <w:pStyle w:val="Heading2"/>
      </w:pPr>
      <w:r>
        <w:rPr>
          <w:color w:val="263B4B"/>
        </w:rPr>
        <w:t>Second letter with damages and interest</w:t>
      </w:r>
    </w:p>
    <w:p>
      <w:r>
        <w:rPr>
          <w:b w:val="0"/>
          <w:i w:val="0"/>
        </w:rPr>
        <w:t>Subject: second reminder, invoice INV-2026-0391</w:t>
      </w:r>
    </w:p>
    <w:p>
      <w:r>
        <w:rPr>
          <w:b w:val="0"/>
          <w:i w:val="0"/>
        </w:rPr>
        <w:t>Dear,</w:t>
      </w:r>
    </w:p>
    <w:p>
      <w:r>
        <w:rPr>
          <w:b w:val="0"/>
          <w:i w:val="0"/>
        </w:rPr>
        <w:t>We received no payment after our reminder. As our terms provide, we now charge damages of EUR 53.00 and interest of EUR 1.64. In total EUR 434.64 is due. Please pay within fourteen days.</w:t>
      </w:r>
    </w:p>
    <w:p>
      <w:r>
        <w:rPr>
          <w:b w:val="0"/>
          <w:i w:val="0"/>
        </w:rPr>
        <w:t>Kind regards,</w:t>
      </w:r>
    </w:p>
    <w:p>
      <w:pPr>
        <w:pStyle w:val="Heading2"/>
      </w:pPr>
      <w:r>
        <w:rPr>
          <w:color w:val="263B4B"/>
        </w:rPr>
        <w:t>Formal notice, by registered mail</w:t>
      </w:r>
    </w:p>
    <w:p>
      <w:r>
        <w:rPr>
          <w:b w:val="0"/>
          <w:i w:val="0"/>
        </w:rPr>
        <w:t>Registered mail</w:t>
      </w:r>
    </w:p>
    <w:p>
      <w:r>
        <w:rPr>
          <w:b w:val="0"/>
          <w:i w:val="0"/>
        </w:rPr>
        <w:t>Subject: formal notice, invoice INV-2026-0391</w:t>
      </w:r>
    </w:p>
    <w:p>
      <w:r>
        <w:rPr>
          <w:b w:val="0"/>
          <w:i w:val="0"/>
        </w:rPr>
        <w:t>Dear,</w:t>
      </w:r>
    </w:p>
    <w:p>
      <w:r>
        <w:rPr>
          <w:b w:val="0"/>
          <w:i w:val="0"/>
        </w:rPr>
        <w:t>Despite two reminders, invoice INV-2026-0391 remains unpaid. We hereby give you formal notice to pay EUR 434.64 within fifteen days. If payment is not received, we will start proceedings, with costs we can recover under the law.</w:t>
      </w:r>
    </w:p>
    <w:p>
      <w:r>
        <w:rPr>
          <w:b w:val="0"/>
          <w:i w:val="0"/>
        </w:rPr>
        <w:t>Kind regards,</w:t>
      </w:r>
    </w:p>
    <w:p>
      <w:r>
        <w:rPr>
          <w:b w:val="0"/>
          <w:i/>
          <w:color w:val="4C5D6A"/>
          <w:sz w:val="17"/>
        </w:rPr>
        <w:t>Template by VBS Marketing, Ghent, Belgium. vbsmarketing.eu/en/templates</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