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263B4B"/>
        </w:rPr>
        <w:t>Your specification</w:t>
      </w:r>
    </w:p>
    <w:p>
      <w:r>
        <w:rPr>
          <w:b w:val="0"/>
          <w:i/>
          <w:color w:val="4C5D6A"/>
        </w:rPr>
        <w:t>What you want built, in plain English. Fill in every part; what you do not know yet, leave open and we discuss it. With this document a developer can quote a fixed price.</w:t>
      </w:r>
    </w:p>
    <w:p>
      <w:pPr>
        <w:pStyle w:val="Heading2"/>
      </w:pPr>
      <w:r>
        <w:rPr>
          <w:color w:val="263B4B"/>
        </w:rPr>
        <w:t>1. Why this project</w:t>
      </w:r>
    </w:p>
    <w:p>
      <w:r>
        <w:rPr>
          <w:b w:val="0"/>
          <w:i/>
          <w:color w:val="4C5D6A"/>
          <w:sz w:val="19"/>
        </w:rPr>
        <w:t>Which problem do you solve, what does it cost today, and how will you see it works?</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pPr>
        <w:pStyle w:val="Heading2"/>
      </w:pPr>
      <w:r>
        <w:rPr>
          <w:color w:val="263B4B"/>
        </w:rPr>
        <w:t>2. Who uses it</w:t>
      </w:r>
    </w:p>
    <w:p>
      <w:r>
        <w:rPr>
          <w:b w:val="0"/>
          <w:i/>
          <w:color w:val="4C5D6A"/>
          <w:sz w:val="19"/>
        </w:rPr>
        <w:t>Every role, how many people, and what they do with it.</w:t>
      </w:r>
    </w:p>
    <w:tbl>
      <w:tblPr>
        <w:tblStyle w:val="TableGrid"/>
        <w:tblW w:type="auto" w:w="0"/>
        <w:jc w:val="left"/>
        <w:tblLook w:firstColumn="1" w:firstRow="1" w:lastColumn="0" w:lastRow="0" w:noHBand="0" w:noVBand="1" w:val="04A0"/>
      </w:tblPr>
      <w:tblGrid>
        <w:gridCol w:w="3251"/>
        <w:gridCol w:w="3251"/>
        <w:gridCol w:w="3251"/>
      </w:tblGrid>
      <w:tr>
        <w:tc>
          <w:tcPr>
            <w:tcW w:type="dxa" w:w="2268"/>
            <w:shd w:val="clear" w:color="auto" w:fill="1B77C4"/>
          </w:tcPr>
          <w:p>
            <w:r/>
            <w:r>
              <w:rPr>
                <w:b/>
                <w:color w:val="FFFFFF"/>
              </w:rPr>
              <w:t>Role</w:t>
            </w:r>
          </w:p>
        </w:tc>
        <w:tc>
          <w:tcPr>
            <w:tcW w:type="dxa" w:w="1134"/>
            <w:shd w:val="clear" w:color="auto" w:fill="1B77C4"/>
          </w:tcPr>
          <w:p>
            <w:r/>
            <w:r>
              <w:rPr>
                <w:b/>
                <w:color w:val="FFFFFF"/>
              </w:rPr>
              <w:t>People</w:t>
            </w:r>
          </w:p>
        </w:tc>
        <w:tc>
          <w:tcPr>
            <w:tcW w:type="dxa" w:w="6236"/>
            <w:shd w:val="clear" w:color="auto" w:fill="1B77C4"/>
          </w:tcPr>
          <w:p>
            <w:r/>
            <w:r>
              <w:rPr>
                <w:b/>
                <w:color w:val="FFFFFF"/>
              </w:rPr>
              <w:t>What they do with it</w:t>
            </w:r>
          </w:p>
        </w:tc>
      </w:tr>
      <w:tr>
        <w:tc>
          <w:tcPr>
            <w:tcW w:type="dxa" w:w="2268"/>
          </w:tcPr>
          <w:p>
            <w:r/>
          </w:p>
        </w:tc>
        <w:tc>
          <w:tcPr>
            <w:tcW w:type="dxa" w:w="1134"/>
          </w:tcPr>
          <w:p>
            <w:r/>
          </w:p>
        </w:tc>
        <w:tc>
          <w:tcPr>
            <w:tcW w:type="dxa" w:w="6236"/>
          </w:tcPr>
          <w:p>
            <w:r/>
          </w:p>
        </w:tc>
      </w:tr>
      <w:tr>
        <w:tc>
          <w:tcPr>
            <w:tcW w:type="dxa" w:w="2268"/>
          </w:tcPr>
          <w:p>
            <w:r/>
          </w:p>
        </w:tc>
        <w:tc>
          <w:tcPr>
            <w:tcW w:type="dxa" w:w="1134"/>
          </w:tcPr>
          <w:p>
            <w:r/>
          </w:p>
        </w:tc>
        <w:tc>
          <w:tcPr>
            <w:tcW w:type="dxa" w:w="6236"/>
          </w:tcPr>
          <w:p>
            <w:r/>
          </w:p>
        </w:tc>
      </w:tr>
      <w:tr>
        <w:tc>
          <w:tcPr>
            <w:tcW w:type="dxa" w:w="2268"/>
          </w:tcPr>
          <w:p>
            <w:r/>
          </w:p>
        </w:tc>
        <w:tc>
          <w:tcPr>
            <w:tcW w:type="dxa" w:w="1134"/>
          </w:tcPr>
          <w:p>
            <w:r/>
          </w:p>
        </w:tc>
        <w:tc>
          <w:tcPr>
            <w:tcW w:type="dxa" w:w="6236"/>
          </w:tcPr>
          <w:p>
            <w:r/>
          </w:p>
        </w:tc>
      </w:tr>
      <w:tr>
        <w:tc>
          <w:tcPr>
            <w:tcW w:type="dxa" w:w="2268"/>
          </w:tcPr>
          <w:p>
            <w:r/>
          </w:p>
        </w:tc>
        <w:tc>
          <w:tcPr>
            <w:tcW w:type="dxa" w:w="1134"/>
          </w:tcPr>
          <w:p>
            <w:r/>
          </w:p>
        </w:tc>
        <w:tc>
          <w:tcPr>
            <w:tcW w:type="dxa" w:w="6236"/>
          </w:tcPr>
          <w:p>
            <w:r/>
          </w:p>
        </w:tc>
      </w:tr>
    </w:tbl>
    <w:p/>
    <w:p>
      <w:pPr>
        <w:pStyle w:val="Heading2"/>
      </w:pPr>
      <w:r>
        <w:rPr>
          <w:color w:val="263B4B"/>
        </w:rPr>
        <w:t>3. What it must do</w:t>
      </w:r>
    </w:p>
    <w:p>
      <w:r>
        <w:rPr>
          <w:b w:val="0"/>
          <w:i/>
          <w:color w:val="4C5D6A"/>
          <w:sz w:val="19"/>
        </w:rPr>
        <w:t>One sentence per requirement: as (role) I want (something) so that (why). Give each a priority.</w:t>
      </w:r>
    </w:p>
    <w:tbl>
      <w:tblPr>
        <w:tblStyle w:val="TableGrid"/>
        <w:tblW w:type="auto" w:w="0"/>
        <w:jc w:val="left"/>
        <w:tblLook w:firstColumn="1" w:firstRow="1" w:lastColumn="0" w:lastRow="0" w:noHBand="0" w:noVBand="1" w:val="04A0"/>
      </w:tblPr>
      <w:tblGrid>
        <w:gridCol w:w="3251"/>
        <w:gridCol w:w="3251"/>
        <w:gridCol w:w="3251"/>
      </w:tblGrid>
      <w:tr>
        <w:tc>
          <w:tcPr>
            <w:tcW w:type="dxa" w:w="794"/>
            <w:shd w:val="clear" w:color="auto" w:fill="1B77C4"/>
          </w:tcPr>
          <w:p>
            <w:r/>
            <w:r>
              <w:rPr>
                <w:b/>
                <w:color w:val="FFFFFF"/>
              </w:rPr>
              <w:t>ID</w:t>
            </w:r>
          </w:p>
        </w:tc>
        <w:tc>
          <w:tcPr>
            <w:tcW w:type="dxa" w:w="7143"/>
            <w:shd w:val="clear" w:color="auto" w:fill="1B77C4"/>
          </w:tcPr>
          <w:p>
            <w:r/>
            <w:r>
              <w:rPr>
                <w:b/>
                <w:color w:val="FFFFFF"/>
              </w:rPr>
              <w:t>Requirement (as ... I want ... so that ...)</w:t>
            </w:r>
          </w:p>
        </w:tc>
        <w:tc>
          <w:tcPr>
            <w:tcW w:type="dxa" w:w="1701"/>
            <w:shd w:val="clear" w:color="auto" w:fill="1B77C4"/>
          </w:tcPr>
          <w:p>
            <w:r/>
            <w:r>
              <w:rPr>
                <w:b/>
                <w:color w:val="FFFFFF"/>
              </w:rPr>
              <w:t>Priority</w:t>
            </w:r>
          </w:p>
        </w:tc>
      </w:tr>
      <w:tr>
        <w:tc>
          <w:tcPr>
            <w:tcW w:type="dxa" w:w="794"/>
          </w:tcPr>
          <w:p>
            <w:r>
              <w:t>R1</w:t>
            </w:r>
          </w:p>
        </w:tc>
        <w:tc>
          <w:tcPr>
            <w:tcW w:type="dxa" w:w="7143"/>
          </w:tcPr>
          <w:p>
            <w:r/>
          </w:p>
        </w:tc>
        <w:tc>
          <w:tcPr>
            <w:tcW w:type="dxa" w:w="1701"/>
          </w:tcPr>
          <w:p>
            <w:r/>
          </w:p>
        </w:tc>
      </w:tr>
      <w:tr>
        <w:tc>
          <w:tcPr>
            <w:tcW w:type="dxa" w:w="794"/>
          </w:tcPr>
          <w:p>
            <w:r>
              <w:t>R2</w:t>
            </w:r>
          </w:p>
        </w:tc>
        <w:tc>
          <w:tcPr>
            <w:tcW w:type="dxa" w:w="7143"/>
          </w:tcPr>
          <w:p>
            <w:r/>
          </w:p>
        </w:tc>
        <w:tc>
          <w:tcPr>
            <w:tcW w:type="dxa" w:w="1701"/>
          </w:tcPr>
          <w:p>
            <w:r/>
          </w:p>
        </w:tc>
      </w:tr>
      <w:tr>
        <w:tc>
          <w:tcPr>
            <w:tcW w:type="dxa" w:w="794"/>
          </w:tcPr>
          <w:p>
            <w:r>
              <w:t>R3</w:t>
            </w:r>
          </w:p>
        </w:tc>
        <w:tc>
          <w:tcPr>
            <w:tcW w:type="dxa" w:w="7143"/>
          </w:tcPr>
          <w:p>
            <w:r/>
          </w:p>
        </w:tc>
        <w:tc>
          <w:tcPr>
            <w:tcW w:type="dxa" w:w="1701"/>
          </w:tcPr>
          <w:p>
            <w:r/>
          </w:p>
        </w:tc>
      </w:tr>
      <w:tr>
        <w:tc>
          <w:tcPr>
            <w:tcW w:type="dxa" w:w="794"/>
          </w:tcPr>
          <w:p>
            <w:r>
              <w:t>R4</w:t>
            </w:r>
          </w:p>
        </w:tc>
        <w:tc>
          <w:tcPr>
            <w:tcW w:type="dxa" w:w="7143"/>
          </w:tcPr>
          <w:p>
            <w:r/>
          </w:p>
        </w:tc>
        <w:tc>
          <w:tcPr>
            <w:tcW w:type="dxa" w:w="1701"/>
          </w:tcPr>
          <w:p>
            <w:r/>
          </w:p>
        </w:tc>
      </w:tr>
      <w:tr>
        <w:tc>
          <w:tcPr>
            <w:tcW w:type="dxa" w:w="794"/>
          </w:tcPr>
          <w:p>
            <w:r>
              <w:t>R5</w:t>
            </w:r>
          </w:p>
        </w:tc>
        <w:tc>
          <w:tcPr>
            <w:tcW w:type="dxa" w:w="7143"/>
          </w:tcPr>
          <w:p>
            <w:r/>
          </w:p>
        </w:tc>
        <w:tc>
          <w:tcPr>
            <w:tcW w:type="dxa" w:w="1701"/>
          </w:tcPr>
          <w:p>
            <w:r/>
          </w:p>
        </w:tc>
      </w:tr>
      <w:tr>
        <w:tc>
          <w:tcPr>
            <w:tcW w:type="dxa" w:w="794"/>
          </w:tcPr>
          <w:p>
            <w:r>
              <w:t>R6</w:t>
            </w:r>
          </w:p>
        </w:tc>
        <w:tc>
          <w:tcPr>
            <w:tcW w:type="dxa" w:w="7143"/>
          </w:tcPr>
          <w:p>
            <w:r/>
          </w:p>
        </w:tc>
        <w:tc>
          <w:tcPr>
            <w:tcW w:type="dxa" w:w="1701"/>
          </w:tcPr>
          <w:p>
            <w:r/>
          </w:p>
        </w:tc>
      </w:tr>
      <w:tr>
        <w:tc>
          <w:tcPr>
            <w:tcW w:type="dxa" w:w="794"/>
          </w:tcPr>
          <w:p>
            <w:r>
              <w:t>R7</w:t>
            </w:r>
          </w:p>
        </w:tc>
        <w:tc>
          <w:tcPr>
            <w:tcW w:type="dxa" w:w="7143"/>
          </w:tcPr>
          <w:p>
            <w:r/>
          </w:p>
        </w:tc>
        <w:tc>
          <w:tcPr>
            <w:tcW w:type="dxa" w:w="1701"/>
          </w:tcPr>
          <w:p>
            <w:r/>
          </w:p>
        </w:tc>
      </w:tr>
    </w:tbl>
    <w:p/>
    <w:p>
      <w:pPr>
        <w:pStyle w:val="Heading2"/>
      </w:pPr>
      <w:r>
        <w:rPr>
          <w:color w:val="263B4B"/>
        </w:rPr>
        <w:t>4. Screens</w:t>
      </w:r>
    </w:p>
    <w:p>
      <w:r>
        <w:rPr>
          <w:b w:val="0"/>
          <w:i/>
          <w:color w:val="4C5D6A"/>
          <w:sz w:val="19"/>
        </w:rPr>
        <w:t>Which screens do you picture, and what is on them? A sketch on paper is fine.</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pPr>
        <w:pStyle w:val="Heading2"/>
      </w:pPr>
      <w:r>
        <w:rPr>
          <w:color w:val="263B4B"/>
        </w:rPr>
        <w:t>5. Data</w:t>
      </w:r>
    </w:p>
    <w:p>
      <w:r>
        <w:rPr>
          <w:b w:val="0"/>
          <w:i/>
          <w:color w:val="4C5D6A"/>
          <w:sz w:val="19"/>
        </w:rPr>
        <w:t>Which data, where does it live now, and who changes it?</w:t>
      </w:r>
    </w:p>
    <w:tbl>
      <w:tblPr>
        <w:tblStyle w:val="TableGrid"/>
        <w:tblW w:type="auto" w:w="0"/>
        <w:jc w:val="left"/>
        <w:tblLook w:firstColumn="1" w:firstRow="1" w:lastColumn="0" w:lastRow="0" w:noHBand="0" w:noVBand="1" w:val="04A0"/>
      </w:tblPr>
      <w:tblGrid>
        <w:gridCol w:w="3251"/>
        <w:gridCol w:w="3251"/>
        <w:gridCol w:w="3251"/>
      </w:tblGrid>
      <w:tr>
        <w:tc>
          <w:tcPr>
            <w:tcW w:type="dxa" w:w="3685"/>
            <w:shd w:val="clear" w:color="auto" w:fill="1B77C4"/>
          </w:tcPr>
          <w:p>
            <w:r/>
            <w:r>
              <w:rPr>
                <w:b/>
                <w:color w:val="FFFFFF"/>
              </w:rPr>
              <w:t>Data</w:t>
            </w:r>
          </w:p>
        </w:tc>
        <w:tc>
          <w:tcPr>
            <w:tcW w:type="dxa" w:w="3402"/>
            <w:shd w:val="clear" w:color="auto" w:fill="1B77C4"/>
          </w:tcPr>
          <w:p>
            <w:r/>
            <w:r>
              <w:rPr>
                <w:b/>
                <w:color w:val="FFFFFF"/>
              </w:rPr>
              <w:t>Where it lives now</w:t>
            </w:r>
          </w:p>
        </w:tc>
        <w:tc>
          <w:tcPr>
            <w:tcW w:type="dxa" w:w="2551"/>
            <w:shd w:val="clear" w:color="auto" w:fill="1B77C4"/>
          </w:tcPr>
          <w:p>
            <w:r/>
            <w:r>
              <w:rPr>
                <w:b/>
                <w:color w:val="FFFFFF"/>
              </w:rPr>
              <w:t>Who changes it</w:t>
            </w:r>
          </w:p>
        </w:tc>
      </w:tr>
      <w:tr>
        <w:tc>
          <w:tcPr>
            <w:tcW w:type="dxa" w:w="3685"/>
          </w:tcPr>
          <w:p>
            <w:r/>
          </w:p>
        </w:tc>
        <w:tc>
          <w:tcPr>
            <w:tcW w:type="dxa" w:w="3402"/>
          </w:tcPr>
          <w:p>
            <w:r/>
          </w:p>
        </w:tc>
        <w:tc>
          <w:tcPr>
            <w:tcW w:type="dxa" w:w="2551"/>
          </w:tcPr>
          <w:p>
            <w:r/>
          </w:p>
        </w:tc>
      </w:tr>
      <w:tr>
        <w:tc>
          <w:tcPr>
            <w:tcW w:type="dxa" w:w="3685"/>
          </w:tcPr>
          <w:p>
            <w:r/>
          </w:p>
        </w:tc>
        <w:tc>
          <w:tcPr>
            <w:tcW w:type="dxa" w:w="3402"/>
          </w:tcPr>
          <w:p>
            <w:r/>
          </w:p>
        </w:tc>
        <w:tc>
          <w:tcPr>
            <w:tcW w:type="dxa" w:w="2551"/>
          </w:tcPr>
          <w:p>
            <w:r/>
          </w:p>
        </w:tc>
      </w:tr>
      <w:tr>
        <w:tc>
          <w:tcPr>
            <w:tcW w:type="dxa" w:w="3685"/>
          </w:tcPr>
          <w:p>
            <w:r/>
          </w:p>
        </w:tc>
        <w:tc>
          <w:tcPr>
            <w:tcW w:type="dxa" w:w="3402"/>
          </w:tcPr>
          <w:p>
            <w:r/>
          </w:p>
        </w:tc>
        <w:tc>
          <w:tcPr>
            <w:tcW w:type="dxa" w:w="2551"/>
          </w:tcPr>
          <w:p>
            <w:r/>
          </w:p>
        </w:tc>
      </w:tr>
      <w:tr>
        <w:tc>
          <w:tcPr>
            <w:tcW w:type="dxa" w:w="3685"/>
          </w:tcPr>
          <w:p>
            <w:r/>
          </w:p>
        </w:tc>
        <w:tc>
          <w:tcPr>
            <w:tcW w:type="dxa" w:w="3402"/>
          </w:tcPr>
          <w:p>
            <w:r/>
          </w:p>
        </w:tc>
        <w:tc>
          <w:tcPr>
            <w:tcW w:type="dxa" w:w="2551"/>
          </w:tcPr>
          <w:p>
            <w:r/>
          </w:p>
        </w:tc>
      </w:tr>
    </w:tbl>
    <w:p/>
    <w:p>
      <w:pPr>
        <w:pStyle w:val="Heading2"/>
      </w:pPr>
      <w:r>
        <w:rPr>
          <w:color w:val="263B4B"/>
        </w:rPr>
        <w:t>6. Integrations</w:t>
      </w:r>
    </w:p>
    <w:p>
      <w:r>
        <w:rPr>
          <w:b w:val="0"/>
          <w:i/>
          <w:color w:val="4C5D6A"/>
          <w:sz w:val="19"/>
        </w:rPr>
        <w:t>Which software must it talk to: accounting, e-invoicing, email, telematics?</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pPr>
        <w:pStyle w:val="Heading2"/>
      </w:pPr>
      <w:r>
        <w:rPr>
          <w:color w:val="263B4B"/>
        </w:rPr>
        <w:t>7. Rules, security and ownership</w:t>
      </w:r>
    </w:p>
    <w:p>
      <w:r>
        <w:rPr>
          <w:b w:val="0"/>
          <w:i/>
          <w:color w:val="4C5D6A"/>
          <w:sz w:val="19"/>
        </w:rPr>
        <w:t>Who may see what, which personal data, where is the data stored, backups, and who owns the code?</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pPr>
        <w:pStyle w:val="Heading2"/>
      </w:pPr>
      <w:r>
        <w:rPr>
          <w:color w:val="263B4B"/>
        </w:rPr>
        <w:t>8. Out of scope</w:t>
      </w:r>
    </w:p>
    <w:p>
      <w:r>
        <w:rPr>
          <w:b w:val="0"/>
          <w:i/>
          <w:color w:val="4C5D6A"/>
          <w:sz w:val="19"/>
        </w:rPr>
        <w:t>What is deliberately left out? It prevents arguments about the price.</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pPr>
        <w:pStyle w:val="Heading2"/>
      </w:pPr>
      <w:r>
        <w:rPr>
          <w:color w:val="263B4B"/>
        </w:rPr>
        <w:t>9. Timing and budget</w:t>
      </w:r>
    </w:p>
    <w:p>
      <w:r>
        <w:rPr>
          <w:b w:val="0"/>
          <w:i/>
          <w:color w:val="4C5D6A"/>
          <w:sz w:val="19"/>
        </w:rPr>
        <w:t>When must it go live, what is your budget range, and who decides?</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pPr>
        <w:pStyle w:val="Heading2"/>
      </w:pPr>
      <w:r>
        <w:rPr>
          <w:color w:val="263B4B"/>
        </w:rPr>
        <w:t>10. Definition of done</w:t>
      </w:r>
    </w:p>
    <w:p>
      <w:r>
        <w:rPr>
          <w:b w:val="0"/>
          <w:i/>
          <w:color w:val="4C5D6A"/>
          <w:sz w:val="19"/>
        </w:rPr>
        <w:t>How do you test that it works? Write the test before a line of code exists.</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br w:type="page"/>
      </w:r>
    </w:p>
    <w:p>
      <w:pPr>
        <w:pStyle w:val="Title"/>
      </w:pPr>
      <w:r>
        <w:rPr>
          <w:color w:val="263B4B"/>
        </w:rPr>
        <w:t>Example: a planning board for a haulage company</w:t>
      </w:r>
    </w:p>
    <w:p>
      <w:r>
        <w:rPr>
          <w:b w:val="0"/>
          <w:i/>
          <w:color w:val="4C5D6A"/>
        </w:rPr>
        <w:t>A fictional haulage company with 14 trucks and 19 drivers, filled in the way we write a specification.</w:t>
      </w:r>
    </w:p>
    <w:p>
      <w:pPr>
        <w:pStyle w:val="Heading2"/>
      </w:pPr>
      <w:r>
        <w:rPr>
          <w:color w:val="263B4B"/>
        </w:rPr>
        <w:t>1. Why this project</w:t>
      </w:r>
    </w:p>
    <w:p>
      <w:r>
        <w:rPr>
          <w:b w:val="0"/>
          <w:i w:val="0"/>
        </w:rPr>
        <w:t>The planning of 14 trucks lives in one spreadsheet that one person keeps. Changes go through WhatsApp and phone calls. Every morning the planner needs an hour and a half to get the day right, and now and then a driver goes to a job that was already cancelled. Goal: a planning board everyone sees live, with every change on the driver's phone at once. Success when morning planning drops under half an hour.</w:t>
      </w:r>
    </w:p>
    <w:p>
      <w:pPr>
        <w:pStyle w:val="Heading2"/>
      </w:pPr>
      <w:r>
        <w:rPr>
          <w:color w:val="263B4B"/>
        </w:rPr>
        <w:t>2. Who uses it</w:t>
      </w:r>
    </w:p>
    <w:tbl>
      <w:tblPr>
        <w:tblStyle w:val="TableGrid"/>
        <w:tblW w:type="auto" w:w="0"/>
        <w:jc w:val="left"/>
        <w:tblLook w:firstColumn="1" w:firstRow="1" w:lastColumn="0" w:lastRow="0" w:noHBand="0" w:noVBand="1" w:val="04A0"/>
      </w:tblPr>
      <w:tblGrid>
        <w:gridCol w:w="3251"/>
        <w:gridCol w:w="3251"/>
        <w:gridCol w:w="3251"/>
      </w:tblGrid>
      <w:tr>
        <w:tc>
          <w:tcPr>
            <w:tcW w:type="dxa" w:w="2268"/>
            <w:shd w:val="clear" w:color="auto" w:fill="1B77C4"/>
          </w:tcPr>
          <w:p>
            <w:r/>
            <w:r>
              <w:rPr>
                <w:b/>
                <w:color w:val="FFFFFF"/>
              </w:rPr>
              <w:t>Role</w:t>
            </w:r>
          </w:p>
        </w:tc>
        <w:tc>
          <w:tcPr>
            <w:tcW w:type="dxa" w:w="1134"/>
            <w:shd w:val="clear" w:color="auto" w:fill="1B77C4"/>
          </w:tcPr>
          <w:p>
            <w:r/>
            <w:r>
              <w:rPr>
                <w:b/>
                <w:color w:val="FFFFFF"/>
              </w:rPr>
              <w:t>People</w:t>
            </w:r>
          </w:p>
        </w:tc>
        <w:tc>
          <w:tcPr>
            <w:tcW w:type="dxa" w:w="6236"/>
            <w:shd w:val="clear" w:color="auto" w:fill="1B77C4"/>
          </w:tcPr>
          <w:p>
            <w:r/>
            <w:r>
              <w:rPr>
                <w:b/>
                <w:color w:val="FFFFFF"/>
              </w:rPr>
              <w:t>What they do with it</w:t>
            </w:r>
          </w:p>
        </w:tc>
      </w:tr>
      <w:tr>
        <w:tc>
          <w:tcPr>
            <w:tcW w:type="dxa" w:w="2268"/>
          </w:tcPr>
          <w:p>
            <w:r>
              <w:t>Planner</w:t>
            </w:r>
          </w:p>
        </w:tc>
        <w:tc>
          <w:tcPr>
            <w:tcW w:type="dxa" w:w="1134"/>
          </w:tcPr>
          <w:p>
            <w:r>
              <w:t>2</w:t>
            </w:r>
          </w:p>
        </w:tc>
        <w:tc>
          <w:tcPr>
            <w:tcW w:type="dxa" w:w="6236"/>
          </w:tcPr>
          <w:p>
            <w:r>
              <w:t>Builds the week plan, moves jobs, sees reports</w:t>
            </w:r>
          </w:p>
        </w:tc>
      </w:tr>
      <w:tr>
        <w:tc>
          <w:tcPr>
            <w:tcW w:type="dxa" w:w="2268"/>
          </w:tcPr>
          <w:p>
            <w:r>
              <w:t>Driver</w:t>
            </w:r>
          </w:p>
        </w:tc>
        <w:tc>
          <w:tcPr>
            <w:tcW w:type="dxa" w:w="1134"/>
          </w:tcPr>
          <w:p>
            <w:r>
              <w:t>19</w:t>
            </w:r>
          </w:p>
        </w:tc>
        <w:tc>
          <w:tcPr>
            <w:tcW w:type="dxa" w:w="6236"/>
          </w:tcPr>
          <w:p>
            <w:r>
              <w:t>Sees his day and week on the phone, reports a problem with a photo</w:t>
            </w:r>
          </w:p>
        </w:tc>
      </w:tr>
      <w:tr>
        <w:tc>
          <w:tcPr>
            <w:tcW w:type="dxa" w:w="2268"/>
          </w:tcPr>
          <w:p>
            <w:r>
              <w:t>Owner</w:t>
            </w:r>
          </w:p>
        </w:tc>
        <w:tc>
          <w:tcPr>
            <w:tcW w:type="dxa" w:w="1134"/>
          </w:tcPr>
          <w:p>
            <w:r>
              <w:t>1</w:t>
            </w:r>
          </w:p>
        </w:tc>
        <w:tc>
          <w:tcPr>
            <w:tcW w:type="dxa" w:w="6236"/>
          </w:tcPr>
          <w:p>
            <w:r>
              <w:t>Follows along, approves leave, exports the plan</w:t>
            </w:r>
          </w:p>
        </w:tc>
      </w:tr>
      <w:tr>
        <w:tc>
          <w:tcPr>
            <w:tcW w:type="dxa" w:w="2268"/>
          </w:tcPr>
          <w:p>
            <w:r>
              <w:t>Accountant (external)</w:t>
            </w:r>
          </w:p>
        </w:tc>
        <w:tc>
          <w:tcPr>
            <w:tcW w:type="dxa" w:w="1134"/>
          </w:tcPr>
          <w:p>
            <w:r>
              <w:t>1</w:t>
            </w:r>
          </w:p>
        </w:tc>
        <w:tc>
          <w:tcPr>
            <w:tcW w:type="dxa" w:w="6236"/>
          </w:tcPr>
          <w:p>
            <w:r>
              <w:t>Receives the completed jobs per customer every month</w:t>
            </w:r>
          </w:p>
        </w:tc>
      </w:tr>
    </w:tbl>
    <w:p/>
    <w:p>
      <w:pPr>
        <w:pStyle w:val="Heading2"/>
      </w:pPr>
      <w:r>
        <w:rPr>
          <w:color w:val="263B4B"/>
        </w:rPr>
        <w:t>3. What it must do</w:t>
      </w:r>
    </w:p>
    <w:tbl>
      <w:tblPr>
        <w:tblStyle w:val="TableGrid"/>
        <w:tblW w:type="auto" w:w="0"/>
        <w:jc w:val="left"/>
        <w:tblLook w:firstColumn="1" w:firstRow="1" w:lastColumn="0" w:lastRow="0" w:noHBand="0" w:noVBand="1" w:val="04A0"/>
      </w:tblPr>
      <w:tblGrid>
        <w:gridCol w:w="3251"/>
        <w:gridCol w:w="3251"/>
        <w:gridCol w:w="3251"/>
      </w:tblGrid>
      <w:tr>
        <w:tc>
          <w:tcPr>
            <w:tcW w:type="dxa" w:w="794"/>
            <w:shd w:val="clear" w:color="auto" w:fill="1B77C4"/>
          </w:tcPr>
          <w:p>
            <w:r/>
            <w:r>
              <w:rPr>
                <w:b/>
                <w:color w:val="FFFFFF"/>
              </w:rPr>
              <w:t>ID</w:t>
            </w:r>
          </w:p>
        </w:tc>
        <w:tc>
          <w:tcPr>
            <w:tcW w:type="dxa" w:w="7143"/>
            <w:shd w:val="clear" w:color="auto" w:fill="1B77C4"/>
          </w:tcPr>
          <w:p>
            <w:r/>
            <w:r>
              <w:rPr>
                <w:b/>
                <w:color w:val="FFFFFF"/>
              </w:rPr>
              <w:t>Requirement (as ... I want ... so that ...)</w:t>
            </w:r>
          </w:p>
        </w:tc>
        <w:tc>
          <w:tcPr>
            <w:tcW w:type="dxa" w:w="1701"/>
            <w:shd w:val="clear" w:color="auto" w:fill="1B77C4"/>
          </w:tcPr>
          <w:p>
            <w:r/>
            <w:r>
              <w:rPr>
                <w:b/>
                <w:color w:val="FFFFFF"/>
              </w:rPr>
              <w:t>Priority</w:t>
            </w:r>
          </w:p>
        </w:tc>
      </w:tr>
      <w:tr>
        <w:tc>
          <w:tcPr>
            <w:tcW w:type="dxa" w:w="794"/>
          </w:tcPr>
          <w:p>
            <w:r>
              <w:t>R1</w:t>
            </w:r>
          </w:p>
        </w:tc>
        <w:tc>
          <w:tcPr>
            <w:tcW w:type="dxa" w:w="7143"/>
          </w:tcPr>
          <w:p>
            <w:r>
              <w:t>As a planner I want to see a week as a board, drivers as rows and days as columns, so that I see at a glance who drives where.</w:t>
            </w:r>
          </w:p>
        </w:tc>
        <w:tc>
          <w:tcPr>
            <w:tcW w:type="dxa" w:w="1701"/>
          </w:tcPr>
          <w:p>
            <w:r>
              <w:t>Must</w:t>
            </w:r>
          </w:p>
        </w:tc>
      </w:tr>
      <w:tr>
        <w:tc>
          <w:tcPr>
            <w:tcW w:type="dxa" w:w="794"/>
          </w:tcPr>
          <w:p>
            <w:r>
              <w:t>R2</w:t>
            </w:r>
          </w:p>
        </w:tc>
        <w:tc>
          <w:tcPr>
            <w:tcW w:type="dxa" w:w="7143"/>
          </w:tcPr>
          <w:p>
            <w:r>
              <w:t>As a planner I want to drag a job to another driver and see a conflict (leave, double booking), so that I do not plan mistakes.</w:t>
            </w:r>
          </w:p>
        </w:tc>
        <w:tc>
          <w:tcPr>
            <w:tcW w:type="dxa" w:w="1701"/>
          </w:tcPr>
          <w:p>
            <w:r>
              <w:t>Must</w:t>
            </w:r>
          </w:p>
        </w:tc>
      </w:tr>
      <w:tr>
        <w:tc>
          <w:tcPr>
            <w:tcW w:type="dxa" w:w="794"/>
          </w:tcPr>
          <w:p>
            <w:r>
              <w:t>R3</w:t>
            </w:r>
          </w:p>
        </w:tc>
        <w:tc>
          <w:tcPr>
            <w:tcW w:type="dxa" w:w="7143"/>
          </w:tcPr>
          <w:p>
            <w:r>
              <w:t>As a driver I want to see tomorrow's jobs on my phone at 6 pm, so that I do not have to call.</w:t>
            </w:r>
          </w:p>
        </w:tc>
        <w:tc>
          <w:tcPr>
            <w:tcW w:type="dxa" w:w="1701"/>
          </w:tcPr>
          <w:p>
            <w:r>
              <w:t>Must</w:t>
            </w:r>
          </w:p>
        </w:tc>
      </w:tr>
      <w:tr>
        <w:tc>
          <w:tcPr>
            <w:tcW w:type="dxa" w:w="794"/>
          </w:tcPr>
          <w:p>
            <w:r>
              <w:t>R4</w:t>
            </w:r>
          </w:p>
        </w:tc>
        <w:tc>
          <w:tcPr>
            <w:tcW w:type="dxa" w:w="7143"/>
          </w:tcPr>
          <w:p>
            <w:r>
              <w:t>As a driver I want to report a problem with a photo (damage, delay), so that the planner sees it at once.</w:t>
            </w:r>
          </w:p>
        </w:tc>
        <w:tc>
          <w:tcPr>
            <w:tcW w:type="dxa" w:w="1701"/>
          </w:tcPr>
          <w:p>
            <w:r>
              <w:t>Should</w:t>
            </w:r>
          </w:p>
        </w:tc>
      </w:tr>
      <w:tr>
        <w:tc>
          <w:tcPr>
            <w:tcW w:type="dxa" w:w="794"/>
          </w:tcPr>
          <w:p>
            <w:r>
              <w:t>R5</w:t>
            </w:r>
          </w:p>
        </w:tc>
        <w:tc>
          <w:tcPr>
            <w:tcW w:type="dxa" w:w="7143"/>
          </w:tcPr>
          <w:p>
            <w:r>
              <w:t>As the owner I want the plan of a week as a PDF, so that I can forward it.</w:t>
            </w:r>
          </w:p>
        </w:tc>
        <w:tc>
          <w:tcPr>
            <w:tcW w:type="dxa" w:w="1701"/>
          </w:tcPr>
          <w:p>
            <w:r>
              <w:t>Should</w:t>
            </w:r>
          </w:p>
        </w:tc>
      </w:tr>
      <w:tr>
        <w:tc>
          <w:tcPr>
            <w:tcW w:type="dxa" w:w="794"/>
          </w:tcPr>
          <w:p>
            <w:r>
              <w:t>R6</w:t>
            </w:r>
          </w:p>
        </w:tc>
        <w:tc>
          <w:tcPr>
            <w:tcW w:type="dxa" w:w="7143"/>
          </w:tcPr>
          <w:p>
            <w:r>
              <w:t>As the accountant I want the completed jobs per customer in Excel every month.</w:t>
            </w:r>
          </w:p>
        </w:tc>
        <w:tc>
          <w:tcPr>
            <w:tcW w:type="dxa" w:w="1701"/>
          </w:tcPr>
          <w:p>
            <w:r>
              <w:t>Could</w:t>
            </w:r>
          </w:p>
        </w:tc>
      </w:tr>
      <w:tr>
        <w:tc>
          <w:tcPr>
            <w:tcW w:type="dxa" w:w="794"/>
          </w:tcPr>
          <w:p>
            <w:r>
              <w:t>R7</w:t>
            </w:r>
          </w:p>
        </w:tc>
        <w:tc>
          <w:tcPr>
            <w:tcW w:type="dxa" w:w="7143"/>
          </w:tcPr>
          <w:p>
            <w:r>
              <w:t>Link with the trucks' GPS.</w:t>
            </w:r>
          </w:p>
        </w:tc>
        <w:tc>
          <w:tcPr>
            <w:tcW w:type="dxa" w:w="1701"/>
          </w:tcPr>
          <w:p>
            <w:r>
              <w:t>Not now</w:t>
            </w:r>
          </w:p>
        </w:tc>
      </w:tr>
    </w:tbl>
    <w:p/>
    <w:p>
      <w:pPr>
        <w:pStyle w:val="Heading2"/>
      </w:pPr>
      <w:r>
        <w:rPr>
          <w:color w:val="263B4B"/>
        </w:rPr>
        <w:t>4. Screens</w:t>
      </w:r>
    </w:p>
    <w:p>
      <w:r>
        <w:rPr>
          <w:b w:val="0"/>
          <w:i w:val="0"/>
        </w:rPr>
        <w:t>Week board for the planner: drivers as rows, days as columns, jobs as blocks. Job detail: customer, pickup and drop-off, times, notes. Driver app: my day, my week, report a problem. Admin: drivers, vehicles, customers and fixed routes.</w:t>
      </w:r>
    </w:p>
    <w:p>
      <w:pPr>
        <w:pStyle w:val="Heading2"/>
      </w:pPr>
      <w:r>
        <w:rPr>
          <w:color w:val="263B4B"/>
        </w:rPr>
        <w:t>5. Data</w:t>
      </w:r>
    </w:p>
    <w:tbl>
      <w:tblPr>
        <w:tblStyle w:val="TableGrid"/>
        <w:tblW w:type="auto" w:w="0"/>
        <w:jc w:val="left"/>
        <w:tblLook w:firstColumn="1" w:firstRow="1" w:lastColumn="0" w:lastRow="0" w:noHBand="0" w:noVBand="1" w:val="04A0"/>
      </w:tblPr>
      <w:tblGrid>
        <w:gridCol w:w="3251"/>
        <w:gridCol w:w="3251"/>
        <w:gridCol w:w="3251"/>
      </w:tblGrid>
      <w:tr>
        <w:tc>
          <w:tcPr>
            <w:tcW w:type="dxa" w:w="3685"/>
            <w:shd w:val="clear" w:color="auto" w:fill="1B77C4"/>
          </w:tcPr>
          <w:p>
            <w:r/>
            <w:r>
              <w:rPr>
                <w:b/>
                <w:color w:val="FFFFFF"/>
              </w:rPr>
              <w:t>Data</w:t>
            </w:r>
          </w:p>
        </w:tc>
        <w:tc>
          <w:tcPr>
            <w:tcW w:type="dxa" w:w="3402"/>
            <w:shd w:val="clear" w:color="auto" w:fill="1B77C4"/>
          </w:tcPr>
          <w:p>
            <w:r/>
            <w:r>
              <w:rPr>
                <w:b/>
                <w:color w:val="FFFFFF"/>
              </w:rPr>
              <w:t>Where it lives now</w:t>
            </w:r>
          </w:p>
        </w:tc>
        <w:tc>
          <w:tcPr>
            <w:tcW w:type="dxa" w:w="2551"/>
            <w:shd w:val="clear" w:color="auto" w:fill="1B77C4"/>
          </w:tcPr>
          <w:p>
            <w:r/>
            <w:r>
              <w:rPr>
                <w:b/>
                <w:color w:val="FFFFFF"/>
              </w:rPr>
              <w:t>Who changes it</w:t>
            </w:r>
          </w:p>
        </w:tc>
      </w:tr>
      <w:tr>
        <w:tc>
          <w:tcPr>
            <w:tcW w:type="dxa" w:w="3685"/>
          </w:tcPr>
          <w:p>
            <w:r>
              <w:t>Drivers: name, phone, licence, driver qualification</w:t>
            </w:r>
          </w:p>
        </w:tc>
        <w:tc>
          <w:tcPr>
            <w:tcW w:type="dxa" w:w="3402"/>
          </w:tcPr>
          <w:p>
            <w:r>
              <w:t>Spreadsheet, tab Staff</w:t>
            </w:r>
          </w:p>
        </w:tc>
        <w:tc>
          <w:tcPr>
            <w:tcW w:type="dxa" w:w="2551"/>
          </w:tcPr>
          <w:p>
            <w:r>
              <w:t>Planner</w:t>
            </w:r>
          </w:p>
        </w:tc>
      </w:tr>
      <w:tr>
        <w:tc>
          <w:tcPr>
            <w:tcW w:type="dxa" w:w="3685"/>
          </w:tcPr>
          <w:p>
            <w:r>
              <w:t>Vehicles: plate, inspection date</w:t>
            </w:r>
          </w:p>
        </w:tc>
        <w:tc>
          <w:tcPr>
            <w:tcW w:type="dxa" w:w="3402"/>
          </w:tcPr>
          <w:p>
            <w:r>
              <w:t>Spreadsheet, tab Fleet</w:t>
            </w:r>
          </w:p>
        </w:tc>
        <w:tc>
          <w:tcPr>
            <w:tcW w:type="dxa" w:w="2551"/>
          </w:tcPr>
          <w:p>
            <w:r>
              <w:t>Owner</w:t>
            </w:r>
          </w:p>
        </w:tc>
      </w:tr>
      <w:tr>
        <w:tc>
          <w:tcPr>
            <w:tcW w:type="dxa" w:w="3685"/>
          </w:tcPr>
          <w:p>
            <w:r>
              <w:t>Customers and fixed routes</w:t>
            </w:r>
          </w:p>
        </w:tc>
        <w:tc>
          <w:tcPr>
            <w:tcW w:type="dxa" w:w="3402"/>
          </w:tcPr>
          <w:p>
            <w:r>
              <w:t>Spreadsheet and the accounting package</w:t>
            </w:r>
          </w:p>
        </w:tc>
        <w:tc>
          <w:tcPr>
            <w:tcW w:type="dxa" w:w="2551"/>
          </w:tcPr>
          <w:p>
            <w:r>
              <w:t>Planner</w:t>
            </w:r>
          </w:p>
        </w:tc>
      </w:tr>
      <w:tr>
        <w:tc>
          <w:tcPr>
            <w:tcW w:type="dxa" w:w="3685"/>
          </w:tcPr>
          <w:p>
            <w:r>
              <w:t>Leave</w:t>
            </w:r>
          </w:p>
        </w:tc>
        <w:tc>
          <w:tcPr>
            <w:tcW w:type="dxa" w:w="3402"/>
          </w:tcPr>
          <w:p>
            <w:r>
              <w:t>Paper request</w:t>
            </w:r>
          </w:p>
        </w:tc>
        <w:tc>
          <w:tcPr>
            <w:tcW w:type="dxa" w:w="2551"/>
          </w:tcPr>
          <w:p>
            <w:r>
              <w:t>Owner</w:t>
            </w:r>
          </w:p>
        </w:tc>
      </w:tr>
    </w:tbl>
    <w:p/>
    <w:p>
      <w:r>
        <w:rPr>
          <w:b w:val="0"/>
          <w:i w:val="0"/>
        </w:rPr>
        <w:t>We import the existing spreadsheet once, with a report of what did not fit.</w:t>
      </w:r>
    </w:p>
    <w:p>
      <w:pPr>
        <w:pStyle w:val="Heading2"/>
      </w:pPr>
      <w:r>
        <w:rPr>
          <w:color w:val="263B4B"/>
        </w:rPr>
        <w:t>6. Integrations</w:t>
      </w:r>
    </w:p>
    <w:p>
      <w:r>
        <w:rPr>
          <w:b w:val="0"/>
          <w:i w:val="0"/>
        </w:rPr>
        <w:t>Phase 1: a monthly export of completed jobs per customer (CSV or Excel) for the accountant. An email to the planner when a driver reports a problem. No link with the trucks' GPS in phase 1.</w:t>
      </w:r>
    </w:p>
    <w:p>
      <w:pPr>
        <w:pStyle w:val="Heading2"/>
      </w:pPr>
      <w:r>
        <w:rPr>
          <w:color w:val="263B4B"/>
        </w:rPr>
        <w:t>7. Rules, security and ownership</w:t>
      </w:r>
    </w:p>
    <w:p>
      <w:r>
        <w:rPr>
          <w:b w:val="0"/>
          <w:i w:val="0"/>
        </w:rPr>
        <w:t>A driver only sees his own jobs. Of drivers we keep only what planning needs (name, phone, licence and the expiry of the professional driver qualification). Data stays in the EU under the GDPR, with a backup every night. Drivers log in on their own phone with a short code. The developer processes personal data for us: we sign a data processing agreement. The source code and the rights in it transfer to our company in writing on delivery, and we can export our data at any time.</w:t>
      </w:r>
    </w:p>
    <w:p>
      <w:pPr>
        <w:pStyle w:val="Heading2"/>
      </w:pPr>
      <w:r>
        <w:rPr>
          <w:color w:val="263B4B"/>
        </w:rPr>
        <w:t>8. Out of scope</w:t>
      </w:r>
    </w:p>
    <w:p>
      <w:r>
        <w:rPr>
          <w:b w:val="0"/>
          <w:i w:val="0"/>
        </w:rPr>
        <w:t>No payroll, no invoicing, no route planning on a map. Those stay in the existing software.</w:t>
      </w:r>
    </w:p>
    <w:p>
      <w:pPr>
        <w:pStyle w:val="Heading2"/>
      </w:pPr>
      <w:r>
        <w:rPr>
          <w:color w:val="263B4B"/>
        </w:rPr>
        <w:t>9. Timing and budget</w:t>
      </w:r>
    </w:p>
    <w:p>
      <w:r>
        <w:rPr>
          <w:b w:val="0"/>
          <w:i w:val="0"/>
        </w:rPr>
        <w:t>Live before 1 March, ahead of the busy spring. Budget discussed in the first call. The owner decides, the planner tests along.</w:t>
      </w:r>
    </w:p>
    <w:p>
      <w:pPr>
        <w:pStyle w:val="Heading2"/>
      </w:pPr>
      <w:r>
        <w:rPr>
          <w:color w:val="263B4B"/>
        </w:rPr>
        <w:t>10. Definition of done</w:t>
      </w:r>
    </w:p>
    <w:p>
      <w:r>
        <w:rPr>
          <w:b w:val="0"/>
          <w:i w:val="0"/>
        </w:rPr>
        <w:t>Every Must requirement works with the real data of one week. Two planners and three drivers use it for a week next to the spreadsheet. Morning planning takes under 30 minutes that week.</w:t>
      </w:r>
    </w:p>
    <w:p>
      <w:r>
        <w:rPr>
          <w:b w:val="0"/>
          <w:i/>
          <w:color w:val="4C5D6A"/>
          <w:sz w:val="17"/>
        </w:rPr>
        <w:t>Template by VBS Marketing, Ghent, Belgium. vbsmarketing.eu/en/templates</w:t>
      </w:r>
    </w:p>
    <w:sectPr w:rsidR="00FC693F" w:rsidRPr="0006063C" w:rsidSect="00034616">
      <w:pgSz w:w="11906" w:h="16838"/>
      <w:pgMar w:top="964" w:right="1077" w:bottom="964"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263B4B"/>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63B4B"/>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263B4B"/>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263B4B"/>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VBS Marketing</dc:creator>
  <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