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263B4B"/>
        </w:rPr>
        <w:t>Website brief</w:t>
      </w:r>
    </w:p>
    <w:p>
      <w:r>
        <w:rPr>
          <w:b w:val="0"/>
          <w:i/>
          <w:color w:val="4C5D6A"/>
        </w:rPr>
        <w:t>The questions we ask before we quote. Send the same brief to every agency and they quote on the same thing. A question with a euro sign moves the price most.</w:t>
      </w:r>
    </w:p>
    <w:p>
      <w:pPr>
        <w:pStyle w:val="Heading2"/>
      </w:pPr>
      <w:r>
        <w:rPr>
          <w:color w:val="263B4B"/>
        </w:rPr>
        <w:t>1. Your company</w:t>
      </w:r>
    </w:p>
    <w:p>
      <w:r>
        <w:rPr>
          <w:b/>
          <w:i w:val="0"/>
          <w:sz w:val="20"/>
        </w:rPr>
        <w:t>What do you do, for whom and where?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rPr>
          <w:b/>
          <w:i w:val="0"/>
          <w:sz w:val="20"/>
        </w:rPr>
        <w:t>Who is your best customer?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rPr>
          <w:b/>
          <w:i w:val="0"/>
          <w:sz w:val="20"/>
        </w:rPr>
        <w:t>What do you do differently from your three biggest competitors?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pPr>
        <w:pStyle w:val="Heading2"/>
      </w:pPr>
      <w:r>
        <w:rPr>
          <w:color w:val="263B4B"/>
        </w:rPr>
        <w:t>2. The goal of the site</w:t>
      </w:r>
    </w:p>
    <w:p>
      <w:r>
        <w:rPr>
          <w:b/>
          <w:i w:val="0"/>
          <w:sz w:val="20"/>
        </w:rPr>
        <w:t>What should a visitor do?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rPr>
          <w:b/>
          <w:i w:val="0"/>
          <w:sz w:val="20"/>
        </w:rPr>
        <w:t>How many leads come in now, and how many do you want?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pPr>
        <w:pStyle w:val="Heading2"/>
      </w:pPr>
      <w:r>
        <w:rPr>
          <w:color w:val="263B4B"/>
        </w:rPr>
        <w:t>3. Pages  (€ moves the price)</w:t>
      </w:r>
    </w:p>
    <w:p>
      <w:r>
        <w:rPr>
          <w:b/>
          <w:i w:val="0"/>
          <w:sz w:val="20"/>
        </w:rPr>
        <w:t>Which pages, and roughly how many?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pPr>
        <w:pStyle w:val="Heading2"/>
      </w:pPr>
      <w:r>
        <w:rPr>
          <w:color w:val="263B4B"/>
        </w:rPr>
        <w:t>4. Languages  (€ moves the price)</w:t>
      </w:r>
    </w:p>
    <w:p>
      <w:r>
        <w:rPr>
          <w:b/>
          <w:i w:val="0"/>
          <w:sz w:val="20"/>
        </w:rPr>
        <w:t>Which languages, and who writes or translates?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pPr>
        <w:pStyle w:val="Heading2"/>
      </w:pPr>
      <w:r>
        <w:rPr>
          <w:color w:val="263B4B"/>
        </w:rPr>
        <w:t>5. Features  (€ moves the price)</w:t>
      </w:r>
    </w:p>
    <w:p>
      <w:r>
        <w:rPr>
          <w:b/>
          <w:i w:val="0"/>
          <w:sz w:val="20"/>
        </w:rPr>
        <w:t>Forms, demo booking, calculator, portal, integrations?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pPr>
        <w:pStyle w:val="Heading2"/>
      </w:pPr>
      <w:r>
        <w:rPr>
          <w:color w:val="263B4B"/>
        </w:rPr>
        <w:t>6. Copy and images  (€ moves the price)</w:t>
      </w:r>
    </w:p>
    <w:p>
      <w:r>
        <w:rPr>
          <w:b/>
          <w:i w:val="0"/>
          <w:sz w:val="20"/>
        </w:rPr>
        <w:t>Who writes the copy? Do you have screenshots and photos, or is a shoot needed?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pPr>
        <w:pStyle w:val="Heading2"/>
      </w:pPr>
      <w:r>
        <w:rPr>
          <w:color w:val="263B4B"/>
        </w:rPr>
        <w:t>7. Your current site  (€ moves the price)</w:t>
      </w:r>
    </w:p>
    <w:p>
      <w:r>
        <w:rPr>
          <w:b/>
          <w:i w:val="0"/>
          <w:sz w:val="20"/>
        </w:rPr>
        <w:t>Which platform, which pages bring visitors now, and must old URLs redirect?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pPr>
        <w:pStyle w:val="Heading2"/>
      </w:pPr>
      <w:r>
        <w:rPr>
          <w:color w:val="263B4B"/>
        </w:rPr>
        <w:t>8. Search</w:t>
      </w:r>
    </w:p>
    <w:p>
      <w:r>
        <w:rPr>
          <w:b/>
          <w:i w:val="0"/>
          <w:sz w:val="20"/>
        </w:rPr>
        <w:t>Which search terms should find you, in which countries?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pPr>
        <w:pStyle w:val="Heading2"/>
      </w:pPr>
      <w:r>
        <w:rPr>
          <w:color w:val="263B4B"/>
        </w:rPr>
        <w:t>9. Rules</w:t>
      </w:r>
    </w:p>
    <w:p>
      <w:r>
        <w:rPr>
          <w:b/>
          <w:i w:val="0"/>
          <w:sz w:val="20"/>
        </w:rPr>
        <w:t>Cookies and analytics, privacy policy, accessibility?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pPr>
        <w:pStyle w:val="Heading2"/>
      </w:pPr>
      <w:r>
        <w:rPr>
          <w:color w:val="263B4B"/>
        </w:rPr>
        <w:t>10. After launch</w:t>
      </w:r>
    </w:p>
    <w:p>
      <w:r>
        <w:rPr>
          <w:b/>
          <w:i w:val="0"/>
          <w:sz w:val="20"/>
        </w:rPr>
        <w:t>Who manages domain and email, who updates copy later, and who owns design, copy and images?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pPr>
        <w:pStyle w:val="Heading2"/>
      </w:pPr>
      <w:r>
        <w:rPr>
          <w:color w:val="263B4B"/>
        </w:rPr>
        <w:t>11. Budget and timing</w:t>
      </w:r>
    </w:p>
    <w:p>
      <w:r>
        <w:rPr>
          <w:b/>
          <w:i w:val="0"/>
          <w:sz w:val="20"/>
        </w:rPr>
        <w:t>What is your budget range, when must it go live, and who decides?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pPr>
        <w:pStyle w:val="Heading2"/>
      </w:pPr>
      <w:r>
        <w:rPr>
          <w:color w:val="263B4B"/>
        </w:rPr>
        <w:t>12. Examples</w:t>
      </w:r>
    </w:p>
    <w:p>
      <w:r>
        <w:rPr>
          <w:b/>
          <w:i w:val="0"/>
          <w:sz w:val="20"/>
        </w:rPr>
        <w:t>Three sites you like, and why. One you do not want.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br w:type="page"/>
      </w:r>
    </w:p>
    <w:p>
      <w:pPr>
        <w:pStyle w:val="Title"/>
      </w:pPr>
      <w:r>
        <w:rPr>
          <w:color w:val="263B4B"/>
        </w:rPr>
        <w:t>Example: brief of a software company</w:t>
      </w:r>
    </w:p>
    <w:p>
      <w:r>
        <w:rPr>
          <w:b w:val="0"/>
          <w:i/>
          <w:color w:val="4C5D6A"/>
        </w:rPr>
        <w:t>A fictional B2B software company in the Netherlands, 25 people, selling in the Netherlands, Belgium and Germany, on a page builder since 2021.</w:t>
      </w:r>
    </w:p>
    <w:p>
      <w:pPr>
        <w:pStyle w:val="Heading2"/>
      </w:pPr>
      <w:r>
        <w:rPr>
          <w:color w:val="263B4B"/>
        </w:rPr>
        <w:t>1. Your company</w:t>
      </w:r>
    </w:p>
    <w:p>
      <w:r>
        <w:rPr>
          <w:b/>
          <w:i w:val="0"/>
          <w:sz w:val="20"/>
        </w:rPr>
        <w:t>What do you do, for whom and where?</w:t>
      </w:r>
    </w:p>
    <w:p>
      <w:r>
        <w:rPr>
          <w:b w:val="0"/>
          <w:i w:val="0"/>
        </w:rPr>
        <w:t>Planning software for cleaning companies, sold in the Netherlands, Belgium and Germany.</w:t>
      </w:r>
    </w:p>
    <w:p>
      <w:r>
        <w:rPr>
          <w:b/>
          <w:i w:val="0"/>
          <w:sz w:val="20"/>
        </w:rPr>
        <w:t>Who is your best customer?</w:t>
      </w:r>
    </w:p>
    <w:p>
      <w:r>
        <w:rPr>
          <w:b w:val="0"/>
          <w:i w:val="0"/>
        </w:rPr>
        <w:t>A cleaning company with 50 to 500 staff that still plans in spreadsheets.</w:t>
      </w:r>
    </w:p>
    <w:p>
      <w:r>
        <w:rPr>
          <w:b/>
          <w:i w:val="0"/>
          <w:sz w:val="20"/>
        </w:rPr>
        <w:t>What do you do differently from your three biggest competitors?</w:t>
      </w:r>
    </w:p>
    <w:p>
      <w:r>
        <w:rPr>
          <w:b w:val="0"/>
          <w:i w:val="0"/>
        </w:rPr>
        <w:t>Set up in a week, with a planner who speaks the customer's language.</w:t>
      </w:r>
    </w:p>
    <w:p>
      <w:pPr>
        <w:pStyle w:val="Heading2"/>
      </w:pPr>
      <w:r>
        <w:rPr>
          <w:color w:val="263B4B"/>
        </w:rPr>
        <w:t>2. The goal of the site</w:t>
      </w:r>
    </w:p>
    <w:p>
      <w:r>
        <w:rPr>
          <w:b/>
          <w:i w:val="0"/>
          <w:sz w:val="20"/>
        </w:rPr>
        <w:t>What should a visitor do?</w:t>
      </w:r>
    </w:p>
    <w:p>
      <w:r>
        <w:rPr>
          <w:b w:val="0"/>
          <w:i w:val="0"/>
        </w:rPr>
        <w:t>Book a demo, or start a trial.</w:t>
      </w:r>
    </w:p>
    <w:p>
      <w:r>
        <w:rPr>
          <w:b/>
          <w:i w:val="0"/>
          <w:sz w:val="20"/>
        </w:rPr>
        <w:t>How many leads come in now, and how many do you want?</w:t>
      </w:r>
    </w:p>
    <w:p>
      <w:r>
        <w:rPr>
          <w:b w:val="0"/>
          <w:i w:val="0"/>
        </w:rPr>
        <w:t>Now 15 demo requests a month, goal 40.</w:t>
      </w:r>
    </w:p>
    <w:p>
      <w:pPr>
        <w:pStyle w:val="Heading2"/>
      </w:pPr>
      <w:r>
        <w:rPr>
          <w:color w:val="263B4B"/>
        </w:rPr>
        <w:t>3. Pages  (€)</w:t>
      </w:r>
    </w:p>
    <w:p>
      <w:r>
        <w:rPr>
          <w:b/>
          <w:i w:val="0"/>
          <w:sz w:val="20"/>
        </w:rPr>
        <w:t>Which pages, and roughly how many?</w:t>
      </w:r>
    </w:p>
    <w:p>
      <w:r>
        <w:rPr>
          <w:b w:val="0"/>
          <w:i w:val="0"/>
        </w:rPr>
        <w:t>Home, product, six features, pricing, three industries, customer stories, blog, about, contact. About 25 pages per language.</w:t>
      </w:r>
    </w:p>
    <w:p>
      <w:pPr>
        <w:pStyle w:val="Heading2"/>
      </w:pPr>
      <w:r>
        <w:rPr>
          <w:color w:val="263B4B"/>
        </w:rPr>
        <w:t>4. Languages  (€)</w:t>
      </w:r>
    </w:p>
    <w:p>
      <w:r>
        <w:rPr>
          <w:b/>
          <w:i w:val="0"/>
          <w:sz w:val="20"/>
        </w:rPr>
        <w:t>Which languages, and who writes or translates?</w:t>
      </w:r>
    </w:p>
    <w:p>
      <w:r>
        <w:rPr>
          <w:b w:val="0"/>
          <w:i w:val="0"/>
        </w:rPr>
        <w:t>English, Dutch and German, each with its own search terms. Our team checks the product terms.</w:t>
      </w:r>
    </w:p>
    <w:p>
      <w:pPr>
        <w:pStyle w:val="Heading2"/>
      </w:pPr>
      <w:r>
        <w:rPr>
          <w:color w:val="263B4B"/>
        </w:rPr>
        <w:t>5. Features  (€)</w:t>
      </w:r>
    </w:p>
    <w:p>
      <w:r>
        <w:rPr>
          <w:b/>
          <w:i w:val="0"/>
          <w:sz w:val="20"/>
        </w:rPr>
        <w:t>Forms, demo booking, calculator, portal, integrations?</w:t>
      </w:r>
    </w:p>
    <w:p>
      <w:r>
        <w:rPr>
          <w:b w:val="0"/>
          <w:i w:val="0"/>
        </w:rPr>
        <w:t>Demo booking in our sales calendar, a price calculator per number of staff, leads into our CRM.</w:t>
      </w:r>
    </w:p>
    <w:p>
      <w:pPr>
        <w:pStyle w:val="Heading2"/>
      </w:pPr>
      <w:r>
        <w:rPr>
          <w:color w:val="263B4B"/>
        </w:rPr>
        <w:t>6. Copy and images  (€)</w:t>
      </w:r>
    </w:p>
    <w:p>
      <w:r>
        <w:rPr>
          <w:b/>
          <w:i w:val="0"/>
          <w:sz w:val="20"/>
        </w:rPr>
        <w:t>Who writes the copy? Do you have screenshots and photos, or is a shoot needed?</w:t>
      </w:r>
    </w:p>
    <w:p>
      <w:r>
        <w:rPr>
          <w:b w:val="0"/>
          <w:i w:val="0"/>
        </w:rPr>
        <w:t>The agency writes from interviews. Product screenshots with demo data; photos of the team in the office.</w:t>
      </w:r>
    </w:p>
    <w:p>
      <w:pPr>
        <w:pStyle w:val="Heading2"/>
      </w:pPr>
      <w:r>
        <w:rPr>
          <w:color w:val="263B4B"/>
        </w:rPr>
        <w:t>7. Your current site  (€)</w:t>
      </w:r>
    </w:p>
    <w:p>
      <w:r>
        <w:rPr>
          <w:b/>
          <w:i w:val="0"/>
          <w:sz w:val="20"/>
        </w:rPr>
        <w:t>Which platform, which pages bring visitors now, and must old URLs redirect?</w:t>
      </w:r>
    </w:p>
    <w:p>
      <w:r>
        <w:rPr>
          <w:b w:val="0"/>
          <w:i w:val="0"/>
        </w:rPr>
        <w:t>A page builder since 2021. The blog brings most visitors in Search Console. Every old URL must redirect.</w:t>
      </w:r>
    </w:p>
    <w:p>
      <w:pPr>
        <w:pStyle w:val="Heading2"/>
      </w:pPr>
      <w:r>
        <w:rPr>
          <w:color w:val="263B4B"/>
        </w:rPr>
        <w:t>8. Search</w:t>
      </w:r>
    </w:p>
    <w:p>
      <w:r>
        <w:rPr>
          <w:b/>
          <w:i w:val="0"/>
          <w:sz w:val="20"/>
        </w:rPr>
        <w:t>Which search terms should find you, in which countries?</w:t>
      </w:r>
    </w:p>
    <w:p>
      <w:r>
        <w:rPr>
          <w:b w:val="0"/>
          <w:i w:val="0"/>
        </w:rPr>
        <w:t>Cleaning planning software, in English, Dutch and German, plus the names of our three competitors.</w:t>
      </w:r>
    </w:p>
    <w:p>
      <w:pPr>
        <w:pStyle w:val="Heading2"/>
      </w:pPr>
      <w:r>
        <w:rPr>
          <w:color w:val="263B4B"/>
        </w:rPr>
        <w:t>9. Rules</w:t>
      </w:r>
    </w:p>
    <w:p>
      <w:r>
        <w:rPr>
          <w:b/>
          <w:i w:val="0"/>
          <w:sz w:val="20"/>
        </w:rPr>
        <w:t>Cookies and analytics, privacy policy, accessibility?</w:t>
      </w:r>
    </w:p>
    <w:p>
      <w:r>
        <w:rPr>
          <w:b w:val="0"/>
          <w:i w:val="0"/>
        </w:rPr>
        <w:t>GDPR first: analytics without cookies where possible, and a refuse button next to accept if we do use them. Accessible to WCAG 2.1 AA, even though the European Accessibility Act does not cover a B2B site like ours.</w:t>
      </w:r>
    </w:p>
    <w:p>
      <w:pPr>
        <w:pStyle w:val="Heading2"/>
      </w:pPr>
      <w:r>
        <w:rPr>
          <w:color w:val="263B4B"/>
        </w:rPr>
        <w:t>10. After launch</w:t>
      </w:r>
    </w:p>
    <w:p>
      <w:r>
        <w:rPr>
          <w:b/>
          <w:i w:val="0"/>
          <w:sz w:val="20"/>
        </w:rPr>
        <w:t>Who manages domain and email, who updates copy later, and who owns design, copy and images?</w:t>
      </w:r>
    </w:p>
    <w:p>
      <w:r>
        <w:rPr>
          <w:b w:val="0"/>
          <w:i w:val="0"/>
        </w:rPr>
        <w:t>Our IT partner keeps domain and email, registered to our company. Marketing publishes blog posts and customer stories. Design, copy and images transfer to us in writing on delivery.</w:t>
      </w:r>
    </w:p>
    <w:p>
      <w:pPr>
        <w:pStyle w:val="Heading2"/>
      </w:pPr>
      <w:r>
        <w:rPr>
          <w:color w:val="263B4B"/>
        </w:rPr>
        <w:t>11. Budget and timing</w:t>
      </w:r>
    </w:p>
    <w:p>
      <w:r>
        <w:rPr>
          <w:b/>
          <w:i w:val="0"/>
          <w:sz w:val="20"/>
        </w:rPr>
        <w:t>What is your budget range, when must it go live, and who decides?</w:t>
      </w:r>
    </w:p>
    <w:p>
      <w:r>
        <w:rPr>
          <w:b w:val="0"/>
          <w:i w:val="0"/>
        </w:rPr>
        <w:t>EUR 15,000 to 25,000. Live before our trade fair in spring. The CEO and the head of marketing decide.</w:t>
      </w:r>
    </w:p>
    <w:p>
      <w:pPr>
        <w:pStyle w:val="Heading2"/>
      </w:pPr>
      <w:r>
        <w:rPr>
          <w:color w:val="263B4B"/>
        </w:rPr>
        <w:t>12. Examples</w:t>
      </w:r>
    </w:p>
    <w:p>
      <w:r>
        <w:rPr>
          <w:b/>
          <w:i w:val="0"/>
          <w:sz w:val="20"/>
        </w:rPr>
        <w:t>Three sites you like, and why. One you do not want.</w:t>
      </w:r>
    </w:p>
    <w:p>
      <w:r>
        <w:rPr>
          <w:b w:val="0"/>
          <w:i w:val="0"/>
        </w:rPr>
        <w:t>Clear pricing on one page. Product screens you can click. Not: a home page that only shows stock photos.</w:t>
      </w:r>
    </w:p>
    <w:p>
      <w:r>
        <w:rPr>
          <w:b w:val="0"/>
          <w:i/>
          <w:color w:val="4C5D6A"/>
          <w:sz w:val="17"/>
        </w:rPr>
        <w:t>Template by VBS Marketing, Ghent, Belgium. vbsmarketing.eu/en/templates</w:t>
      </w:r>
    </w:p>
    <w:sectPr w:rsidR="00FC693F" w:rsidRPr="0006063C" w:rsidSect="00034616">
      <w:pgSz w:w="11906" w:h="16838"/>
      <w:pgMar w:top="964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63B4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63B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63B4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63B4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VBS Marketing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