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263B4B"/>
        </w:rPr>
        <w:t>Website briefing</w:t>
      </w:r>
    </w:p>
    <w:p>
      <w:r>
        <w:rPr>
          <w:b w:val="0"/>
          <w:i/>
          <w:color w:val="4C5D6A"/>
        </w:rPr>
        <w:t>De vragen die wij stellen voor we een offerte maken. Geef dezelfde briefing aan elk bureau, dan offreren ze op hetzelfde. Een vraag met een euroteken bepaalt de prijs het meest.</w:t>
      </w:r>
    </w:p>
    <w:p>
      <w:pPr>
        <w:pStyle w:val="Heading2"/>
      </w:pPr>
      <w:r>
        <w:rPr>
          <w:color w:val="263B4B"/>
        </w:rPr>
        <w:t>1. Je bedrijf</w:t>
      </w:r>
    </w:p>
    <w:p>
      <w:r>
        <w:rPr>
          <w:b/>
          <w:i w:val="0"/>
          <w:sz w:val="20"/>
        </w:rPr>
        <w:t>Wat doe je, voor wie en waar?</w:t>
      </w:r>
    </w:p>
    <w:p>
      <w:r>
        <w:t>______________________________________________________________________________________</w:t>
      </w:r>
    </w:p>
    <w:p>
      <w:r>
        <w:t>______________________________________________________________________________________</w:t>
      </w:r>
    </w:p>
    <w:p>
      <w:r>
        <w:rPr>
          <w:b/>
          <w:i w:val="0"/>
          <w:sz w:val="20"/>
        </w:rPr>
        <w:t>Wie is je beste klant?</w:t>
      </w:r>
    </w:p>
    <w:p>
      <w:r>
        <w:t>______________________________________________________________________________________</w:t>
      </w:r>
    </w:p>
    <w:p>
      <w:r>
        <w:t>______________________________________________________________________________________</w:t>
      </w:r>
    </w:p>
    <w:p>
      <w:r>
        <w:rPr>
          <w:b/>
          <w:i w:val="0"/>
          <w:sz w:val="20"/>
        </w:rPr>
        <w:t>Wat doe je anders dan je drie grootste concurrenten?</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2. Het doel van de site</w:t>
      </w:r>
    </w:p>
    <w:p>
      <w:r>
        <w:rPr>
          <w:b/>
          <w:i w:val="0"/>
          <w:sz w:val="20"/>
        </w:rPr>
        <w:t>Wat moet een bezoeker doen?</w:t>
      </w:r>
    </w:p>
    <w:p>
      <w:r>
        <w:t>______________________________________________________________________________________</w:t>
      </w:r>
    </w:p>
    <w:p>
      <w:r>
        <w:t>______________________________________________________________________________________</w:t>
      </w:r>
    </w:p>
    <w:p>
      <w:r>
        <w:rPr>
          <w:b/>
          <w:i w:val="0"/>
          <w:sz w:val="20"/>
        </w:rPr>
        <w:t>Hoeveel aanvragen komen er nu, en hoeveel wil je?</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3. Pagina's  (€ bepaalt de prijs)</w:t>
      </w:r>
    </w:p>
    <w:p>
      <w:r>
        <w:rPr>
          <w:b/>
          <w:i w:val="0"/>
          <w:sz w:val="20"/>
        </w:rPr>
        <w:t>Welke pagina's, en ongeveer hoeveel?</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4. Talen  (€ bepaalt de prijs)</w:t>
      </w:r>
    </w:p>
    <w:p>
      <w:r>
        <w:rPr>
          <w:b/>
          <w:i w:val="0"/>
          <w:sz w:val="20"/>
        </w:rPr>
        <w:t>Welke talen, en wie schrijft of vertaalt?</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5. Functies  (€ bepaalt de prijs)</w:t>
      </w:r>
    </w:p>
    <w:p>
      <w:r>
        <w:rPr>
          <w:b/>
          <w:i w:val="0"/>
          <w:sz w:val="20"/>
        </w:rPr>
        <w:t>Formulier, offerte in stappen, rekentool, agenda, webshop, klantenportaal, koppelingen?</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6. Teksten en beeld  (€ bepaalt de prijs)</w:t>
      </w:r>
    </w:p>
    <w:p>
      <w:r>
        <w:rPr>
          <w:b/>
          <w:i w:val="0"/>
          <w:sz w:val="20"/>
        </w:rPr>
        <w:t>Wie schrijft de teksten? Heb je eigen foto's, of is er een shoot nodig?</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7. Je huidige site  (€ bepaalt de prijs)</w:t>
      </w:r>
    </w:p>
    <w:p>
      <w:r>
        <w:rPr>
          <w:b/>
          <w:i w:val="0"/>
          <w:sz w:val="20"/>
        </w:rPr>
        <w:t>Welk platform, welke pagina's trekken nu bezoekers, en moeten oude adressen doorverwijzen?</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8. Vindbaarheid</w:t>
      </w:r>
    </w:p>
    <w:p>
      <w:r>
        <w:rPr>
          <w:b/>
          <w:i w:val="0"/>
          <w:sz w:val="20"/>
        </w:rPr>
        <w:t>Op welke zoektermen wil je gevonden worden, en waar?</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9. Regels</w:t>
      </w:r>
    </w:p>
    <w:p>
      <w:r>
        <w:rPr>
          <w:b/>
          <w:i w:val="0"/>
          <w:sz w:val="20"/>
        </w:rPr>
        <w:t>Cookies en meting, privacyverklaring, toegankelijkheid?</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10. Na de lancering</w:t>
      </w:r>
    </w:p>
    <w:p>
      <w:r>
        <w:rPr>
          <w:b/>
          <w:i w:val="0"/>
          <w:sz w:val="20"/>
        </w:rPr>
        <w:t>Wie beheert domein en mail, wie past straks teksten aan, en van wie zijn ontwerp, teksten en foto's?</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11. Budget en timing</w:t>
      </w:r>
    </w:p>
    <w:p>
      <w:r>
        <w:rPr>
          <w:b/>
          <w:i w:val="0"/>
          <w:sz w:val="20"/>
        </w:rPr>
        <w:t>Wat is je budgetvork, wanneer moet het live, en wie beslist?</w:t>
      </w:r>
    </w:p>
    <w:p>
      <w:r>
        <w:t>______________________________________________________________________________________</w:t>
      </w:r>
    </w:p>
    <w:p>
      <w:r>
        <w:t>______________________________________________________________________________________</w:t>
      </w:r>
    </w:p>
    <w:p>
      <w:pPr>
        <w:pStyle w:val="Heading2"/>
      </w:pPr>
      <w:r>
        <w:rPr>
          <w:color w:val="263B4B"/>
        </w:rPr>
        <w:t>12. Voorbeelden</w:t>
      </w:r>
    </w:p>
    <w:p>
      <w:r>
        <w:rPr>
          <w:b/>
          <w:i w:val="0"/>
          <w:sz w:val="20"/>
        </w:rPr>
        <w:t>Drie sites die je goed vindt, en waarom. Een die je niet wil.</w:t>
      </w:r>
    </w:p>
    <w:p>
      <w:r>
        <w:t>______________________________________________________________________________________</w:t>
      </w:r>
    </w:p>
    <w:p>
      <w:r>
        <w:t>______________________________________________________________________________________</w:t>
      </w:r>
    </w:p>
    <w:p>
      <w:r>
        <w:br w:type="page"/>
      </w:r>
    </w:p>
    <w:p>
      <w:pPr>
        <w:pStyle w:val="Title"/>
      </w:pPr>
      <w:r>
        <w:rPr>
          <w:color w:val="263B4B"/>
        </w:rPr>
        <w:t>Voorbeeld: briefing van een installateur</w:t>
      </w:r>
    </w:p>
    <w:p>
      <w:r>
        <w:rPr>
          <w:b w:val="0"/>
          <w:i/>
          <w:color w:val="4C5D6A"/>
        </w:rPr>
        <w:t>Een verzonnen installateur van warmtepompen in Oost-Vlaanderen, acht mensen, met een WordPress-site uit 2019.</w:t>
      </w:r>
    </w:p>
    <w:p>
      <w:pPr>
        <w:pStyle w:val="Heading2"/>
      </w:pPr>
      <w:r>
        <w:rPr>
          <w:color w:val="263B4B"/>
        </w:rPr>
        <w:t>1. Je bedrijf</w:t>
      </w:r>
    </w:p>
    <w:p>
      <w:r>
        <w:rPr>
          <w:b/>
          <w:i w:val="0"/>
          <w:sz w:val="20"/>
        </w:rPr>
        <w:t>Wat doe je, voor wie en waar?</w:t>
      </w:r>
    </w:p>
    <w:p>
      <w:r>
        <w:rPr>
          <w:b w:val="0"/>
          <w:i w:val="0"/>
        </w:rPr>
        <w:t>Warmtepompen, ventilatie en zonnepanelen bij particulieren in Gent, Deinze en Aalst.</w:t>
      </w:r>
    </w:p>
    <w:p>
      <w:r>
        <w:rPr>
          <w:b/>
          <w:i w:val="0"/>
          <w:sz w:val="20"/>
        </w:rPr>
        <w:t>Wie is je beste klant?</w:t>
      </w:r>
    </w:p>
    <w:p>
      <w:r>
        <w:rPr>
          <w:b w:val="0"/>
          <w:i w:val="0"/>
        </w:rPr>
        <w:t>Een gezin dat renoveert en de verwarming in een keer vervangt.</w:t>
      </w:r>
    </w:p>
    <w:p>
      <w:r>
        <w:rPr>
          <w:b/>
          <w:i w:val="0"/>
          <w:sz w:val="20"/>
        </w:rPr>
        <w:t>Wat doe je anders dan je drie grootste concurrenten?</w:t>
      </w:r>
    </w:p>
    <w:p>
      <w:r>
        <w:rPr>
          <w:b w:val="0"/>
          <w:i w:val="0"/>
        </w:rPr>
        <w:t>Ontwerp, plaatsing en onderhoud door onze eigen mensen, zonder onderaannemers.</w:t>
      </w:r>
    </w:p>
    <w:p>
      <w:pPr>
        <w:pStyle w:val="Heading2"/>
      </w:pPr>
      <w:r>
        <w:rPr>
          <w:color w:val="263B4B"/>
        </w:rPr>
        <w:t>2. Het doel van de site</w:t>
      </w:r>
    </w:p>
    <w:p>
      <w:r>
        <w:rPr>
          <w:b/>
          <w:i w:val="0"/>
          <w:sz w:val="20"/>
        </w:rPr>
        <w:t>Wat moet een bezoeker doen?</w:t>
      </w:r>
    </w:p>
    <w:p>
      <w:r>
        <w:rPr>
          <w:b w:val="0"/>
          <w:i w:val="0"/>
        </w:rPr>
        <w:t>Een offerte aanvragen, met foto's van de huidige installatie.</w:t>
      </w:r>
    </w:p>
    <w:p>
      <w:r>
        <w:rPr>
          <w:b/>
          <w:i w:val="0"/>
          <w:sz w:val="20"/>
        </w:rPr>
        <w:t>Hoeveel aanvragen komen er nu, en hoeveel wil je?</w:t>
      </w:r>
    </w:p>
    <w:p>
      <w:r>
        <w:rPr>
          <w:b w:val="0"/>
          <w:i w:val="0"/>
        </w:rPr>
        <w:t>Nu 6 per maand via de site, doel 20.</w:t>
      </w:r>
    </w:p>
    <w:p>
      <w:pPr>
        <w:pStyle w:val="Heading2"/>
      </w:pPr>
      <w:r>
        <w:rPr>
          <w:color w:val="263B4B"/>
        </w:rPr>
        <w:t>3. Pagina's  (€)</w:t>
      </w:r>
    </w:p>
    <w:p>
      <w:r>
        <w:rPr>
          <w:b/>
          <w:i w:val="0"/>
          <w:sz w:val="20"/>
        </w:rPr>
        <w:t>Welke pagina's, en ongeveer hoeveel?</w:t>
      </w:r>
    </w:p>
    <w:p>
      <w:r>
        <w:rPr>
          <w:b w:val="0"/>
          <w:i w:val="0"/>
        </w:rPr>
        <w:t>Home, drie diensten, zes regio's, realisaties per project, premies, over ons, contact. Ongeveer 20 pagina's.</w:t>
      </w:r>
    </w:p>
    <w:p>
      <w:pPr>
        <w:pStyle w:val="Heading2"/>
      </w:pPr>
      <w:r>
        <w:rPr>
          <w:color w:val="263B4B"/>
        </w:rPr>
        <w:t>4. Talen  (€)</w:t>
      </w:r>
    </w:p>
    <w:p>
      <w:r>
        <w:rPr>
          <w:b/>
          <w:i w:val="0"/>
          <w:sz w:val="20"/>
        </w:rPr>
        <w:t>Welke talen, en wie schrijft of vertaalt?</w:t>
      </w:r>
    </w:p>
    <w:p>
      <w:r>
        <w:rPr>
          <w:b w:val="0"/>
          <w:i w:val="0"/>
        </w:rPr>
        <w:t>Nederlands. Frans voor Brussel later, niet in de eerste fase.</w:t>
      </w:r>
    </w:p>
    <w:p>
      <w:pPr>
        <w:pStyle w:val="Heading2"/>
      </w:pPr>
      <w:r>
        <w:rPr>
          <w:color w:val="263B4B"/>
        </w:rPr>
        <w:t>5. Functies  (€)</w:t>
      </w:r>
    </w:p>
    <w:p>
      <w:r>
        <w:rPr>
          <w:b/>
          <w:i w:val="0"/>
          <w:sz w:val="20"/>
        </w:rPr>
        <w:t>Formulier, offerte in stappen, rekentool, agenda, webshop, klantenportaal, koppelingen?</w:t>
      </w:r>
    </w:p>
    <w:p>
      <w:r>
        <w:rPr>
          <w:b w:val="0"/>
          <w:i w:val="0"/>
        </w:rPr>
        <w:t>Een offerteaanvraag in stappen: type woning, huidige verwarming, foto's. Een rekentool voor de premie als het budget het toelaat. Geen webshop.</w:t>
      </w:r>
    </w:p>
    <w:p>
      <w:pPr>
        <w:pStyle w:val="Heading2"/>
      </w:pPr>
      <w:r>
        <w:rPr>
          <w:color w:val="263B4B"/>
        </w:rPr>
        <w:t>6. Teksten en beeld  (€)</w:t>
      </w:r>
    </w:p>
    <w:p>
      <w:r>
        <w:rPr>
          <w:b/>
          <w:i w:val="0"/>
          <w:sz w:val="20"/>
        </w:rPr>
        <w:t>Wie schrijft de teksten? Heb je eigen foto's, of is er een shoot nodig?</w:t>
      </w:r>
    </w:p>
    <w:p>
      <w:r>
        <w:rPr>
          <w:b w:val="0"/>
          <w:i w:val="0"/>
        </w:rPr>
        <w:t>Wij leveren de inhoud in een gesprek, het bureau schrijft. Foto's van 40 werven; een shoot van het team is gewenst.</w:t>
      </w:r>
    </w:p>
    <w:p>
      <w:pPr>
        <w:pStyle w:val="Heading2"/>
      </w:pPr>
      <w:r>
        <w:rPr>
          <w:color w:val="263B4B"/>
        </w:rPr>
        <w:t>7. Je huidige site  (€)</w:t>
      </w:r>
    </w:p>
    <w:p>
      <w:r>
        <w:rPr>
          <w:b/>
          <w:i w:val="0"/>
          <w:sz w:val="20"/>
        </w:rPr>
        <w:t>Welk platform, welke pagina's trekken nu bezoekers, en moeten oude adressen doorverwijzen?</w:t>
      </w:r>
    </w:p>
    <w:p>
      <w:r>
        <w:rPr>
          <w:b w:val="0"/>
          <w:i w:val="0"/>
        </w:rPr>
        <w:t>WordPress uit 2019. De pagina over warmtepompen trekt de meeste bezoekers in Search Console. Alle oude adressen moeten doorverwijzen.</w:t>
      </w:r>
    </w:p>
    <w:p>
      <w:pPr>
        <w:pStyle w:val="Heading2"/>
      </w:pPr>
      <w:r>
        <w:rPr>
          <w:color w:val="263B4B"/>
        </w:rPr>
        <w:t>8. Vindbaarheid</w:t>
      </w:r>
    </w:p>
    <w:p>
      <w:r>
        <w:rPr>
          <w:b/>
          <w:i w:val="0"/>
          <w:sz w:val="20"/>
        </w:rPr>
        <w:t>Op welke zoektermen wil je gevonden worden, en waar?</w:t>
      </w:r>
    </w:p>
    <w:p>
      <w:r>
        <w:rPr>
          <w:b w:val="0"/>
          <w:i w:val="0"/>
        </w:rPr>
        <w:t>Warmtepomp plaatsen plus de stad, premie warmtepomp, onderhoud warmtepomp. Het Google-bedrijfsprofiel bestaat al.</w:t>
      </w:r>
    </w:p>
    <w:p>
      <w:pPr>
        <w:pStyle w:val="Heading2"/>
      </w:pPr>
      <w:r>
        <w:rPr>
          <w:color w:val="263B4B"/>
        </w:rPr>
        <w:t>9. Regels</w:t>
      </w:r>
    </w:p>
    <w:p>
      <w:r>
        <w:rPr>
          <w:b/>
          <w:i w:val="0"/>
          <w:sz w:val="20"/>
        </w:rPr>
        <w:t>Cookies en meting, privacyverklaring, toegankelijkheid?</w:t>
      </w:r>
    </w:p>
    <w:p>
      <w:r>
        <w:rPr>
          <w:b w:val="0"/>
          <w:i w:val="0"/>
        </w:rPr>
        <w:t>Meten zonder cookies als het kan. De privacyverklaring moet mee met het nieuwe formulier.</w:t>
      </w:r>
    </w:p>
    <w:p>
      <w:pPr>
        <w:pStyle w:val="Heading2"/>
      </w:pPr>
      <w:r>
        <w:rPr>
          <w:color w:val="263B4B"/>
        </w:rPr>
        <w:t>10. Na de lancering</w:t>
      </w:r>
    </w:p>
    <w:p>
      <w:r>
        <w:rPr>
          <w:b/>
          <w:i w:val="0"/>
          <w:sz w:val="20"/>
        </w:rPr>
        <w:t>Wie beheert domein en mail, wie past straks teksten aan, en van wie zijn ontwerp, teksten en foto's?</w:t>
      </w:r>
    </w:p>
    <w:p>
      <w:r>
        <w:rPr>
          <w:b w:val="0"/>
          <w:i w:val="0"/>
        </w:rPr>
        <w:t>Domein en mail blijven bij onze huidige provider, op naam van ons bedrijf. Nieuwe realisaties zetten we zelf online. Ontwerp, teksten en foto's gaan schriftelijk over naar ons bij de oplevering.</w:t>
      </w:r>
    </w:p>
    <w:p>
      <w:pPr>
        <w:pStyle w:val="Heading2"/>
      </w:pPr>
      <w:r>
        <w:rPr>
          <w:color w:val="263B4B"/>
        </w:rPr>
        <w:t>11. Budget en timing</w:t>
      </w:r>
    </w:p>
    <w:p>
      <w:r>
        <w:rPr>
          <w:b/>
          <w:i w:val="0"/>
          <w:sz w:val="20"/>
        </w:rPr>
        <w:t>Wat is je budgetvork, wanneer moet het live, en wie beslist?</w:t>
      </w:r>
    </w:p>
    <w:p>
      <w:r>
        <w:rPr>
          <w:b w:val="0"/>
          <w:i w:val="0"/>
        </w:rPr>
        <w:t>Tussen 5.000 en 8.000 euro. Live voor maart, de start van het seizoen. De zaakvoerder en zijn vennoot beslissen samen.</w:t>
      </w:r>
    </w:p>
    <w:p>
      <w:pPr>
        <w:pStyle w:val="Heading2"/>
      </w:pPr>
      <w:r>
        <w:rPr>
          <w:color w:val="263B4B"/>
        </w:rPr>
        <w:t>12. Voorbeelden</w:t>
      </w:r>
    </w:p>
    <w:p>
      <w:r>
        <w:rPr>
          <w:b/>
          <w:i w:val="0"/>
          <w:sz w:val="20"/>
        </w:rPr>
        <w:t>Drie sites die je goed vindt, en waarom. Een die je niet wil.</w:t>
      </w:r>
    </w:p>
    <w:p>
      <w:r>
        <w:rPr>
          <w:b w:val="0"/>
          <w:i w:val="0"/>
        </w:rPr>
        <w:t>Realisaties per project met filters op type werk. Een offerteknop die altijd in beeld blijft. Niet: een slider met vijf foto's op de home.</w:t>
      </w:r>
    </w:p>
    <w:p>
      <w:r>
        <w:rPr>
          <w:b w:val="0"/>
          <w:i/>
          <w:color w:val="4C5D6A"/>
          <w:sz w:val="17"/>
        </w:rPr>
        <w:t>Sjabloon van VBS Marketing, Gent. vbsmarketing.eu/nl/sjablonen</w:t>
      </w:r>
    </w:p>
    <w:sectPr w:rsidR="00FC693F" w:rsidRPr="0006063C" w:rsidSect="00034616">
      <w:pgSz w:w="11906" w:h="16838"/>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63B4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63B4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63B4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263B4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VBS Marketing</dc:creator>
  <cp:keywords/>
  <dc:description>generated by python-docx</dc:description>
  <cp:lastModifiedBy/>
  <cp:revision>1</cp:revision>
  <dcterms:created xsi:type="dcterms:W3CDTF">2013-12-23T23:15:00Z</dcterms:created>
  <dcterms:modified xsi:type="dcterms:W3CDTF">2013-12-23T23:15:00Z</dcterms:modified>
  <cp:category/>
  <dc:language>nl-BE</dc:language>
</cp:coreProperties>
</file>